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3064" w:rsidRDefault="00000000">
      <w:pPr>
        <w:spacing w:after="20"/>
        <w:jc w:val="center"/>
      </w:pPr>
      <w:r>
        <w:rPr>
          <w:rFonts w:cs="DejaVu Sans"/>
          <w:b/>
          <w:color w:val="082A5C"/>
          <w:sz w:val="40"/>
        </w:rPr>
        <w:t>READY FOR GRADE 5?</w:t>
      </w:r>
    </w:p>
    <w:p w:rsidR="00A73064" w:rsidRDefault="00000000">
      <w:pPr>
        <w:spacing w:after="80"/>
        <w:jc w:val="center"/>
      </w:pPr>
      <w:r>
        <w:rPr>
          <w:rFonts w:cs="DejaVu Sans"/>
          <w:b/>
          <w:color w:val="0E8795"/>
          <w:sz w:val="21"/>
        </w:rPr>
        <w:t>STARTER CHECK • LESSON 4 • MY ENGLISH STARTING POINT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9"/>
        <w:gridCol w:w="5329"/>
      </w:tblGrid>
      <w:tr w:rsidR="00A73064">
        <w:trPr>
          <w:jc w:val="center"/>
        </w:trPr>
        <w:tc>
          <w:tcPr>
            <w:tcW w:w="5329" w:type="dxa"/>
            <w:tcBorders>
              <w:bottom w:val="single" w:sz="6" w:space="0" w:color="BFDDE2"/>
            </w:tcBorders>
            <w:shd w:val="clear" w:color="auto" w:fill="F7FAFB"/>
            <w:tcMar>
              <w:top w:w="45" w:type="dxa"/>
              <w:left w:w="80" w:type="dxa"/>
              <w:bottom w:w="45" w:type="dxa"/>
              <w:right w:w="80" w:type="dxa"/>
            </w:tcMar>
          </w:tcPr>
          <w:p w:rsidR="00A73064" w:rsidRDefault="00000000">
            <w:r>
              <w:rPr>
                <w:rFonts w:cs="DejaVu Sans"/>
                <w:color w:val="35556B"/>
                <w:sz w:val="18"/>
              </w:rPr>
              <w:t>Name: __________________________________________</w:t>
            </w:r>
          </w:p>
        </w:tc>
        <w:tc>
          <w:tcPr>
            <w:tcW w:w="5329" w:type="dxa"/>
            <w:tcBorders>
              <w:bottom w:val="single" w:sz="6" w:space="0" w:color="BFDDE2"/>
            </w:tcBorders>
            <w:shd w:val="clear" w:color="auto" w:fill="F7FAFB"/>
            <w:tcMar>
              <w:top w:w="45" w:type="dxa"/>
              <w:left w:w="80" w:type="dxa"/>
              <w:bottom w:w="45" w:type="dxa"/>
              <w:right w:w="80" w:type="dxa"/>
            </w:tcMar>
          </w:tcPr>
          <w:p w:rsidR="00A73064" w:rsidRDefault="00000000">
            <w:r>
              <w:rPr>
                <w:rFonts w:cs="DejaVu Sans"/>
                <w:color w:val="35556B"/>
                <w:sz w:val="18"/>
              </w:rPr>
              <w:t>Date: __________________</w:t>
            </w:r>
          </w:p>
        </w:tc>
      </w:tr>
    </w:tbl>
    <w:p w:rsidR="00A73064" w:rsidRDefault="00000000">
      <w:pPr>
        <w:spacing w:after="80"/>
        <w:jc w:val="center"/>
      </w:pPr>
      <w:r>
        <w:rPr>
          <w:rFonts w:cs="DejaVu Sans"/>
          <w:i/>
          <w:color w:val="6A4E8A"/>
          <w:sz w:val="18"/>
        </w:rPr>
        <w:t>No grades. No stress. Just show what you can already do.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9"/>
        <w:gridCol w:w="5329"/>
      </w:tblGrid>
      <w:tr w:rsidR="00A73064">
        <w:tc>
          <w:tcPr>
            <w:tcW w:w="5329" w:type="dxa"/>
            <w:tcBorders>
              <w:top w:val="single" w:sz="8" w:space="0" w:color="0E8795"/>
              <w:left w:val="single" w:sz="8" w:space="0" w:color="0E8795"/>
              <w:bottom w:val="single" w:sz="8" w:space="0" w:color="0E8795"/>
              <w:right w:val="single" w:sz="8" w:space="0" w:color="0E8795"/>
            </w:tcBorders>
            <w:shd w:val="clear" w:color="auto" w:fill="0E8795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A73064" w:rsidRDefault="00000000">
            <w:pPr>
              <w:jc w:val="center"/>
            </w:pPr>
            <w:r>
              <w:rPr>
                <w:rFonts w:cs="DejaVu Sans"/>
                <w:b/>
                <w:color w:val="FFFFFF"/>
                <w:sz w:val="27"/>
              </w:rPr>
              <w:t>A</w:t>
            </w:r>
          </w:p>
        </w:tc>
        <w:tc>
          <w:tcPr>
            <w:tcW w:w="5329" w:type="dxa"/>
            <w:tcBorders>
              <w:top w:val="single" w:sz="8" w:space="0" w:color="0E8795"/>
              <w:left w:val="single" w:sz="8" w:space="0" w:color="0E8795"/>
              <w:bottom w:val="single" w:sz="8" w:space="0" w:color="0E8795"/>
              <w:right w:val="single" w:sz="8" w:space="0" w:color="0E8795"/>
            </w:tcBorders>
            <w:shd w:val="clear" w:color="auto" w:fill="EAF6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A73064" w:rsidRDefault="00000000">
            <w:r>
              <w:rPr>
                <w:rFonts w:cs="DejaVu Sans"/>
                <w:b/>
                <w:color w:val="082A5C"/>
                <w:sz w:val="25"/>
              </w:rPr>
              <w:t>VOCABULARY SCAN</w:t>
            </w:r>
            <w:r>
              <w:rPr>
                <w:rFonts w:cs="DejaVu Sans"/>
                <w:i/>
                <w:color w:val="4F6D7A"/>
                <w:sz w:val="19"/>
              </w:rPr>
              <w:t xml:space="preserve">  Quick memory check</w:t>
            </w:r>
          </w:p>
        </w:tc>
      </w:tr>
    </w:tbl>
    <w:p w:rsidR="00A73064" w:rsidRPr="00A9154C" w:rsidRDefault="00000000">
      <w:pPr>
        <w:rPr>
          <w:lang w:val="ru-RU"/>
        </w:rPr>
      </w:pPr>
      <w:r w:rsidRPr="00A9154C">
        <w:rPr>
          <w:rFonts w:cs="DejaVu Sans"/>
          <w:b/>
          <w:sz w:val="19"/>
          <w:lang w:val="ru-RU"/>
        </w:rPr>
        <w:t xml:space="preserve">1. </w:t>
      </w:r>
      <w:r w:rsidR="00A9154C">
        <w:rPr>
          <w:rFonts w:cs="DejaVu Sans"/>
          <w:b/>
          <w:sz w:val="19"/>
          <w:lang w:val="ru-RU"/>
        </w:rPr>
        <w:t>Соедини предложение с названием школьного предмета</w:t>
      </w:r>
      <w:r w:rsidRPr="00A9154C">
        <w:rPr>
          <w:rFonts w:cs="DejaVu Sans"/>
          <w:b/>
          <w:sz w:val="19"/>
          <w:lang w:val="ru-RU"/>
        </w:rPr>
        <w:t xml:space="preserve">. </w:t>
      </w:r>
      <w:r w:rsidR="00A9154C">
        <w:rPr>
          <w:rFonts w:cs="DejaVu Sans"/>
          <w:b/>
          <w:sz w:val="19"/>
          <w:lang w:val="ru-RU"/>
        </w:rPr>
        <w:t>Напиши</w:t>
      </w:r>
      <w:r w:rsidRPr="00A9154C">
        <w:rPr>
          <w:rFonts w:cs="DejaVu Sans"/>
          <w:b/>
          <w:sz w:val="19"/>
          <w:lang w:val="ru-RU"/>
        </w:rPr>
        <w:t xml:space="preserve"> </w:t>
      </w:r>
      <w:r>
        <w:rPr>
          <w:rFonts w:cs="DejaVu Sans"/>
          <w:b/>
          <w:sz w:val="19"/>
        </w:rPr>
        <w:t>A</w:t>
      </w:r>
      <w:r w:rsidRPr="00A9154C">
        <w:rPr>
          <w:rFonts w:cs="DejaVu Sans"/>
          <w:b/>
          <w:sz w:val="19"/>
          <w:lang w:val="ru-RU"/>
        </w:rPr>
        <w:t xml:space="preserve">, </w:t>
      </w:r>
      <w:r>
        <w:rPr>
          <w:rFonts w:cs="DejaVu Sans"/>
          <w:b/>
          <w:sz w:val="19"/>
        </w:rPr>
        <w:t>B</w:t>
      </w:r>
      <w:r w:rsidRPr="00A9154C">
        <w:rPr>
          <w:rFonts w:cs="DejaVu Sans"/>
          <w:b/>
          <w:sz w:val="19"/>
          <w:lang w:val="ru-RU"/>
        </w:rPr>
        <w:t xml:space="preserve">, </w:t>
      </w:r>
      <w:r>
        <w:rPr>
          <w:rFonts w:cs="DejaVu Sans"/>
          <w:b/>
          <w:sz w:val="19"/>
        </w:rPr>
        <w:t>C</w:t>
      </w:r>
      <w:r w:rsidRPr="00A9154C">
        <w:rPr>
          <w:rFonts w:cs="DejaVu Sans"/>
          <w:b/>
          <w:sz w:val="19"/>
          <w:lang w:val="ru-RU"/>
        </w:rPr>
        <w:t xml:space="preserve"> </w:t>
      </w:r>
      <w:r w:rsidR="00A9154C">
        <w:rPr>
          <w:rFonts w:cs="DejaVu Sans"/>
          <w:b/>
          <w:sz w:val="19"/>
          <w:lang w:val="ru-RU"/>
        </w:rPr>
        <w:t>или</w:t>
      </w:r>
      <w:r w:rsidRPr="00A9154C">
        <w:rPr>
          <w:rFonts w:cs="DejaVu Sans"/>
          <w:b/>
          <w:sz w:val="19"/>
          <w:lang w:val="ru-RU"/>
        </w:rPr>
        <w:t xml:space="preserve"> </w:t>
      </w:r>
      <w:r>
        <w:rPr>
          <w:rFonts w:cs="DejaVu Sans"/>
          <w:b/>
          <w:sz w:val="19"/>
        </w:rPr>
        <w:t>D</w:t>
      </w:r>
      <w:r w:rsidRPr="00A9154C">
        <w:rPr>
          <w:rFonts w:cs="DejaVu Sans"/>
          <w:b/>
          <w:sz w:val="19"/>
          <w:lang w:val="ru-RU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9"/>
        <w:gridCol w:w="5329"/>
      </w:tblGrid>
      <w:tr w:rsidR="00A73064">
        <w:trPr>
          <w:jc w:val="center"/>
        </w:trPr>
        <w:tc>
          <w:tcPr>
            <w:tcW w:w="5329" w:type="dxa"/>
            <w:tcBorders>
              <w:bottom w:val="single" w:sz="4" w:space="0" w:color="D9E8EC"/>
            </w:tcBorders>
            <w:tcMar>
              <w:top w:w="35" w:type="dxa"/>
              <w:left w:w="70" w:type="dxa"/>
              <w:bottom w:w="35" w:type="dxa"/>
              <w:right w:w="70" w:type="dxa"/>
            </w:tcMar>
          </w:tcPr>
          <w:p w:rsidR="00A73064" w:rsidRDefault="00000000" w:rsidP="00A9154C">
            <w:pPr>
              <w:spacing w:line="360" w:lineRule="auto"/>
            </w:pPr>
            <w:r>
              <w:rPr>
                <w:rFonts w:cs="DejaVu Sans"/>
                <w:sz w:val="18"/>
              </w:rPr>
              <w:t>1. You paint and draw pictures.</w:t>
            </w:r>
          </w:p>
        </w:tc>
        <w:tc>
          <w:tcPr>
            <w:tcW w:w="5329" w:type="dxa"/>
            <w:tcBorders>
              <w:bottom w:val="single" w:sz="4" w:space="0" w:color="D9E8EC"/>
            </w:tcBorders>
            <w:tcMar>
              <w:top w:w="35" w:type="dxa"/>
              <w:left w:w="70" w:type="dxa"/>
              <w:bottom w:w="35" w:type="dxa"/>
              <w:right w:w="70" w:type="dxa"/>
            </w:tcMar>
          </w:tcPr>
          <w:p w:rsidR="00A73064" w:rsidRDefault="00000000" w:rsidP="00A9154C">
            <w:pPr>
              <w:spacing w:line="360" w:lineRule="auto"/>
            </w:pPr>
            <w:r>
              <w:rPr>
                <w:rFonts w:cs="DejaVu Sans"/>
                <w:b/>
                <w:color w:val="0E8795"/>
                <w:sz w:val="18"/>
              </w:rPr>
              <w:t>A  Science</w:t>
            </w:r>
          </w:p>
        </w:tc>
      </w:tr>
      <w:tr w:rsidR="00A73064">
        <w:trPr>
          <w:jc w:val="center"/>
        </w:trPr>
        <w:tc>
          <w:tcPr>
            <w:tcW w:w="5329" w:type="dxa"/>
            <w:tcBorders>
              <w:bottom w:val="single" w:sz="4" w:space="0" w:color="D9E8EC"/>
            </w:tcBorders>
            <w:tcMar>
              <w:top w:w="35" w:type="dxa"/>
              <w:left w:w="70" w:type="dxa"/>
              <w:bottom w:w="35" w:type="dxa"/>
              <w:right w:w="70" w:type="dxa"/>
            </w:tcMar>
          </w:tcPr>
          <w:p w:rsidR="00A73064" w:rsidRDefault="00000000" w:rsidP="00A9154C">
            <w:pPr>
              <w:spacing w:line="360" w:lineRule="auto"/>
            </w:pPr>
            <w:r>
              <w:rPr>
                <w:rFonts w:cs="DejaVu Sans"/>
                <w:sz w:val="18"/>
              </w:rPr>
              <w:t>2. You run, jump and play sports.</w:t>
            </w:r>
          </w:p>
        </w:tc>
        <w:tc>
          <w:tcPr>
            <w:tcW w:w="5329" w:type="dxa"/>
            <w:tcBorders>
              <w:bottom w:val="single" w:sz="4" w:space="0" w:color="D9E8EC"/>
            </w:tcBorders>
            <w:tcMar>
              <w:top w:w="35" w:type="dxa"/>
              <w:left w:w="70" w:type="dxa"/>
              <w:bottom w:w="35" w:type="dxa"/>
              <w:right w:w="70" w:type="dxa"/>
            </w:tcMar>
          </w:tcPr>
          <w:p w:rsidR="00A73064" w:rsidRDefault="00000000" w:rsidP="00A9154C">
            <w:pPr>
              <w:spacing w:line="360" w:lineRule="auto"/>
            </w:pPr>
            <w:r>
              <w:rPr>
                <w:rFonts w:cs="DejaVu Sans"/>
                <w:b/>
                <w:color w:val="0E8795"/>
                <w:sz w:val="18"/>
              </w:rPr>
              <w:t>B  English</w:t>
            </w:r>
          </w:p>
        </w:tc>
      </w:tr>
      <w:tr w:rsidR="00A73064">
        <w:trPr>
          <w:jc w:val="center"/>
        </w:trPr>
        <w:tc>
          <w:tcPr>
            <w:tcW w:w="5329" w:type="dxa"/>
            <w:tcBorders>
              <w:bottom w:val="single" w:sz="4" w:space="0" w:color="D9E8EC"/>
            </w:tcBorders>
            <w:tcMar>
              <w:top w:w="35" w:type="dxa"/>
              <w:left w:w="70" w:type="dxa"/>
              <w:bottom w:w="35" w:type="dxa"/>
              <w:right w:w="70" w:type="dxa"/>
            </w:tcMar>
          </w:tcPr>
          <w:p w:rsidR="00A73064" w:rsidRDefault="00000000" w:rsidP="00A9154C">
            <w:pPr>
              <w:spacing w:line="360" w:lineRule="auto"/>
            </w:pPr>
            <w:r>
              <w:rPr>
                <w:rFonts w:cs="DejaVu Sans"/>
                <w:sz w:val="18"/>
              </w:rPr>
              <w:t>3. You do experiments.</w:t>
            </w:r>
          </w:p>
        </w:tc>
        <w:tc>
          <w:tcPr>
            <w:tcW w:w="5329" w:type="dxa"/>
            <w:tcBorders>
              <w:bottom w:val="single" w:sz="4" w:space="0" w:color="D9E8EC"/>
            </w:tcBorders>
            <w:tcMar>
              <w:top w:w="35" w:type="dxa"/>
              <w:left w:w="70" w:type="dxa"/>
              <w:bottom w:w="35" w:type="dxa"/>
              <w:right w:w="70" w:type="dxa"/>
            </w:tcMar>
          </w:tcPr>
          <w:p w:rsidR="00A73064" w:rsidRDefault="00000000" w:rsidP="00A9154C">
            <w:pPr>
              <w:spacing w:line="360" w:lineRule="auto"/>
            </w:pPr>
            <w:r>
              <w:rPr>
                <w:rFonts w:cs="DejaVu Sans"/>
                <w:b/>
                <w:color w:val="0E8795"/>
                <w:sz w:val="18"/>
              </w:rPr>
              <w:t>C  Art</w:t>
            </w:r>
          </w:p>
        </w:tc>
      </w:tr>
      <w:tr w:rsidR="00A73064">
        <w:trPr>
          <w:jc w:val="center"/>
        </w:trPr>
        <w:tc>
          <w:tcPr>
            <w:tcW w:w="5329" w:type="dxa"/>
            <w:tcBorders>
              <w:bottom w:val="single" w:sz="4" w:space="0" w:color="D9E8EC"/>
            </w:tcBorders>
            <w:tcMar>
              <w:top w:w="35" w:type="dxa"/>
              <w:left w:w="70" w:type="dxa"/>
              <w:bottom w:w="35" w:type="dxa"/>
              <w:right w:w="70" w:type="dxa"/>
            </w:tcMar>
          </w:tcPr>
          <w:p w:rsidR="00A73064" w:rsidRDefault="00000000" w:rsidP="00A9154C">
            <w:pPr>
              <w:spacing w:line="360" w:lineRule="auto"/>
            </w:pPr>
            <w:r>
              <w:rPr>
                <w:rFonts w:cs="DejaVu Sans"/>
                <w:sz w:val="18"/>
              </w:rPr>
              <w:t>4. You learn words and speak another language.</w:t>
            </w:r>
          </w:p>
        </w:tc>
        <w:tc>
          <w:tcPr>
            <w:tcW w:w="5329" w:type="dxa"/>
            <w:tcBorders>
              <w:bottom w:val="single" w:sz="4" w:space="0" w:color="D9E8EC"/>
            </w:tcBorders>
            <w:tcMar>
              <w:top w:w="35" w:type="dxa"/>
              <w:left w:w="70" w:type="dxa"/>
              <w:bottom w:w="35" w:type="dxa"/>
              <w:right w:w="70" w:type="dxa"/>
            </w:tcMar>
          </w:tcPr>
          <w:p w:rsidR="00A73064" w:rsidRDefault="00000000" w:rsidP="00A9154C">
            <w:pPr>
              <w:spacing w:line="360" w:lineRule="auto"/>
            </w:pPr>
            <w:r>
              <w:rPr>
                <w:rFonts w:cs="DejaVu Sans"/>
                <w:b/>
                <w:color w:val="0E8795"/>
                <w:sz w:val="18"/>
              </w:rPr>
              <w:t>D  PE</w:t>
            </w:r>
          </w:p>
        </w:tc>
      </w:tr>
    </w:tbl>
    <w:p w:rsidR="00A73064" w:rsidRDefault="00000000">
      <w:r>
        <w:rPr>
          <w:rFonts w:cs="DejaVu Sans"/>
          <w:b/>
          <w:sz w:val="19"/>
        </w:rPr>
        <w:t xml:space="preserve">2. </w:t>
      </w:r>
      <w:r w:rsidR="00A9154C">
        <w:rPr>
          <w:rFonts w:cs="DejaVu Sans"/>
          <w:b/>
          <w:sz w:val="19"/>
          <w:lang w:val="ru-RU"/>
        </w:rPr>
        <w:t>Обведи правильное слово</w:t>
      </w:r>
      <w:r>
        <w:rPr>
          <w:rFonts w:cs="DejaVu Sans"/>
          <w:b/>
          <w:sz w:val="19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64"/>
        <w:gridCol w:w="2664"/>
        <w:gridCol w:w="2664"/>
        <w:gridCol w:w="2664"/>
      </w:tblGrid>
      <w:tr w:rsidR="00A73064">
        <w:trPr>
          <w:jc w:val="center"/>
        </w:trPr>
        <w:tc>
          <w:tcPr>
            <w:tcW w:w="2664" w:type="dxa"/>
            <w:shd w:val="clear" w:color="auto" w:fill="FFF4D8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A73064" w:rsidRDefault="00000000">
            <w:pPr>
              <w:jc w:val="center"/>
            </w:pPr>
            <w:r>
              <w:rPr>
                <w:rFonts w:cs="DejaVu Sans"/>
                <w:b/>
                <w:color w:val="D17A00"/>
                <w:sz w:val="23"/>
              </w:rPr>
              <w:t>14</w:t>
            </w:r>
          </w:p>
        </w:tc>
        <w:tc>
          <w:tcPr>
            <w:tcW w:w="2664" w:type="dxa"/>
            <w:shd w:val="clear" w:color="auto" w:fill="FFF4D8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A73064" w:rsidRDefault="00000000">
            <w:pPr>
              <w:jc w:val="center"/>
            </w:pPr>
            <w:r>
              <w:rPr>
                <w:rFonts w:cs="DejaVu Sans"/>
                <w:b/>
                <w:color w:val="D17A00"/>
                <w:sz w:val="23"/>
              </w:rPr>
              <w:t>40</w:t>
            </w:r>
          </w:p>
        </w:tc>
        <w:tc>
          <w:tcPr>
            <w:tcW w:w="2664" w:type="dxa"/>
            <w:shd w:val="clear" w:color="auto" w:fill="FFF4D8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A73064" w:rsidRDefault="00000000">
            <w:pPr>
              <w:jc w:val="center"/>
            </w:pPr>
            <w:r>
              <w:rPr>
                <w:rFonts w:cs="DejaVu Sans"/>
                <w:b/>
                <w:color w:val="D17A00"/>
                <w:sz w:val="23"/>
              </w:rPr>
              <w:t>18</w:t>
            </w:r>
          </w:p>
        </w:tc>
        <w:tc>
          <w:tcPr>
            <w:tcW w:w="2664" w:type="dxa"/>
            <w:shd w:val="clear" w:color="auto" w:fill="FFF4D8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A73064" w:rsidRDefault="00000000">
            <w:pPr>
              <w:jc w:val="center"/>
            </w:pPr>
            <w:r>
              <w:rPr>
                <w:rFonts w:cs="DejaVu Sans"/>
                <w:b/>
                <w:color w:val="D17A00"/>
                <w:sz w:val="23"/>
              </w:rPr>
              <w:t>80</w:t>
            </w:r>
          </w:p>
        </w:tc>
      </w:tr>
      <w:tr w:rsidR="00A73064">
        <w:trPr>
          <w:jc w:val="center"/>
        </w:trPr>
        <w:tc>
          <w:tcPr>
            <w:tcW w:w="2664" w:type="dxa"/>
            <w:shd w:val="clear" w:color="auto" w:fill="FFFDF8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A73064" w:rsidRDefault="00000000" w:rsidP="00A9154C">
            <w:pPr>
              <w:spacing w:line="360" w:lineRule="auto"/>
              <w:jc w:val="center"/>
            </w:pPr>
            <w:r>
              <w:rPr>
                <w:rFonts w:cs="DejaVu Sans"/>
                <w:sz w:val="17"/>
              </w:rPr>
              <w:t>fourteen / forty</w:t>
            </w:r>
          </w:p>
        </w:tc>
        <w:tc>
          <w:tcPr>
            <w:tcW w:w="2664" w:type="dxa"/>
            <w:shd w:val="clear" w:color="auto" w:fill="FFFDF8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A73064" w:rsidRDefault="00000000" w:rsidP="00A9154C">
            <w:pPr>
              <w:spacing w:line="360" w:lineRule="auto"/>
              <w:jc w:val="center"/>
            </w:pPr>
            <w:r>
              <w:rPr>
                <w:rFonts w:cs="DejaVu Sans"/>
                <w:sz w:val="17"/>
              </w:rPr>
              <w:t>fourteen / forty</w:t>
            </w:r>
          </w:p>
        </w:tc>
        <w:tc>
          <w:tcPr>
            <w:tcW w:w="2664" w:type="dxa"/>
            <w:shd w:val="clear" w:color="auto" w:fill="FFFDF8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A73064" w:rsidRDefault="00000000" w:rsidP="00A9154C">
            <w:pPr>
              <w:spacing w:line="360" w:lineRule="auto"/>
              <w:jc w:val="center"/>
            </w:pPr>
            <w:r>
              <w:rPr>
                <w:rFonts w:cs="DejaVu Sans"/>
                <w:sz w:val="17"/>
              </w:rPr>
              <w:t>eighteen / eighty</w:t>
            </w:r>
          </w:p>
        </w:tc>
        <w:tc>
          <w:tcPr>
            <w:tcW w:w="2664" w:type="dxa"/>
            <w:shd w:val="clear" w:color="auto" w:fill="FFFDF8"/>
            <w:tcMar>
              <w:top w:w="35" w:type="dxa"/>
              <w:left w:w="35" w:type="dxa"/>
              <w:bottom w:w="35" w:type="dxa"/>
              <w:right w:w="35" w:type="dxa"/>
            </w:tcMar>
          </w:tcPr>
          <w:p w:rsidR="00A73064" w:rsidRDefault="00000000" w:rsidP="00A9154C">
            <w:pPr>
              <w:spacing w:line="360" w:lineRule="auto"/>
              <w:jc w:val="center"/>
            </w:pPr>
            <w:r>
              <w:rPr>
                <w:rFonts w:cs="DejaVu Sans"/>
                <w:sz w:val="17"/>
              </w:rPr>
              <w:t>eighteen / eighty</w:t>
            </w:r>
          </w:p>
        </w:tc>
      </w:tr>
    </w:tbl>
    <w:p w:rsidR="00A73064" w:rsidRPr="00A9154C" w:rsidRDefault="00000000">
      <w:pPr>
        <w:rPr>
          <w:lang w:val="ru-RU"/>
        </w:rPr>
      </w:pPr>
      <w:r w:rsidRPr="00A9154C">
        <w:rPr>
          <w:rFonts w:cs="DejaVu Sans"/>
          <w:b/>
          <w:sz w:val="19"/>
          <w:lang w:val="ru-RU"/>
        </w:rPr>
        <w:t xml:space="preserve">3. </w:t>
      </w:r>
      <w:r w:rsidR="00A9154C">
        <w:rPr>
          <w:rFonts w:cs="DejaVu Sans"/>
          <w:b/>
          <w:sz w:val="19"/>
          <w:lang w:val="ru-RU"/>
        </w:rPr>
        <w:t>Отметь ДВА слова, которые относятся к тебе</w:t>
      </w:r>
      <w:r w:rsidRPr="00A9154C">
        <w:rPr>
          <w:rFonts w:cs="DejaVu Sans"/>
          <w:b/>
          <w:sz w:val="19"/>
          <w:lang w:val="ru-RU"/>
        </w:rPr>
        <w:t>.</w:t>
      </w:r>
    </w:p>
    <w:p w:rsidR="00A73064" w:rsidRDefault="00000000" w:rsidP="00A9154C">
      <w:pPr>
        <w:spacing w:after="60" w:line="360" w:lineRule="auto"/>
      </w:pPr>
      <w:r>
        <w:rPr>
          <w:rFonts w:cs="DejaVu Sans"/>
          <w:sz w:val="18"/>
        </w:rPr>
        <w:t>□ books     □ music     □ sport     □ games     □ pets     □ drawing     □ friends     □ school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9"/>
        <w:gridCol w:w="5329"/>
      </w:tblGrid>
      <w:tr w:rsidR="00A73064">
        <w:tc>
          <w:tcPr>
            <w:tcW w:w="5329" w:type="dxa"/>
            <w:tcBorders>
              <w:top w:val="single" w:sz="8" w:space="0" w:color="2B7BB9"/>
              <w:left w:val="single" w:sz="8" w:space="0" w:color="2B7BB9"/>
              <w:bottom w:val="single" w:sz="8" w:space="0" w:color="2B7BB9"/>
              <w:right w:val="single" w:sz="8" w:space="0" w:color="2B7BB9"/>
            </w:tcBorders>
            <w:shd w:val="clear" w:color="auto" w:fill="2B7BB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A73064" w:rsidRDefault="00000000">
            <w:pPr>
              <w:jc w:val="center"/>
            </w:pPr>
            <w:r>
              <w:rPr>
                <w:rFonts w:cs="DejaVu Sans"/>
                <w:b/>
                <w:color w:val="FFFFFF"/>
                <w:sz w:val="27"/>
              </w:rPr>
              <w:t>B</w:t>
            </w:r>
          </w:p>
        </w:tc>
        <w:tc>
          <w:tcPr>
            <w:tcW w:w="5329" w:type="dxa"/>
            <w:tcBorders>
              <w:top w:val="single" w:sz="8" w:space="0" w:color="2B7BB9"/>
              <w:left w:val="single" w:sz="8" w:space="0" w:color="2B7BB9"/>
              <w:bottom w:val="single" w:sz="8" w:space="0" w:color="2B7BB9"/>
              <w:right w:val="single" w:sz="8" w:space="0" w:color="2B7BB9"/>
            </w:tcBorders>
            <w:shd w:val="clear" w:color="auto" w:fill="EAF6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A9154C" w:rsidRDefault="00000000">
            <w:pPr>
              <w:rPr>
                <w:rFonts w:cs="DejaVu Sans"/>
                <w:i/>
                <w:color w:val="4F6D7A"/>
                <w:sz w:val="19"/>
              </w:rPr>
            </w:pPr>
            <w:r>
              <w:rPr>
                <w:rFonts w:cs="DejaVu Sans"/>
                <w:b/>
                <w:color w:val="082A5C"/>
                <w:sz w:val="25"/>
              </w:rPr>
              <w:t>READING RADAR</w:t>
            </w:r>
            <w:r>
              <w:rPr>
                <w:rFonts w:cs="DejaVu Sans"/>
                <w:i/>
                <w:color w:val="4F6D7A"/>
                <w:sz w:val="19"/>
              </w:rPr>
              <w:t xml:space="preserve">  </w:t>
            </w:r>
          </w:p>
          <w:p w:rsidR="00A73064" w:rsidRDefault="00000000">
            <w:r>
              <w:rPr>
                <w:rFonts w:cs="DejaVu Sans"/>
                <w:i/>
                <w:color w:val="4F6D7A"/>
                <w:sz w:val="19"/>
              </w:rPr>
              <w:t>Read for the main idea and details</w:t>
            </w:r>
          </w:p>
        </w:tc>
      </w:tr>
    </w:tbl>
    <w:p w:rsidR="00A73064" w:rsidRDefault="00A9154C">
      <w:r>
        <w:rPr>
          <w:rFonts w:cs="DejaVu Sans"/>
          <w:b/>
          <w:sz w:val="19"/>
          <w:lang w:val="ru-RU"/>
        </w:rPr>
        <w:t>Прочти текст. Выполни задание</w:t>
      </w:r>
      <w:r w:rsidR="00000000">
        <w:rPr>
          <w:rFonts w:cs="DejaVu Sans"/>
          <w:b/>
          <w:sz w:val="19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80"/>
        <w:gridCol w:w="5292"/>
        <w:gridCol w:w="306"/>
      </w:tblGrid>
      <w:tr w:rsidR="00A73064">
        <w:trPr>
          <w:gridAfter w:val="1"/>
          <w:wAfter w:w="45" w:type="dxa"/>
          <w:jc w:val="center"/>
        </w:trPr>
        <w:tc>
          <w:tcPr>
            <w:tcW w:w="10658" w:type="dxa"/>
            <w:gridSpan w:val="2"/>
            <w:tcBorders>
              <w:top w:val="single" w:sz="6" w:space="0" w:color="A9D3EE"/>
              <w:left w:val="single" w:sz="6" w:space="0" w:color="A9D3EE"/>
              <w:bottom w:val="single" w:sz="6" w:space="0" w:color="A9D3EE"/>
              <w:right w:val="single" w:sz="6" w:space="0" w:color="A9D3EE"/>
            </w:tcBorders>
            <w:shd w:val="clear" w:color="auto" w:fill="F4FAFE"/>
            <w:tcMar>
              <w:top w:w="85" w:type="dxa"/>
              <w:left w:w="110" w:type="dxa"/>
              <w:bottom w:w="85" w:type="dxa"/>
              <w:right w:w="110" w:type="dxa"/>
            </w:tcMar>
          </w:tcPr>
          <w:p w:rsidR="00A73064" w:rsidRDefault="00000000" w:rsidP="00A9154C">
            <w:pPr>
              <w:spacing w:line="276" w:lineRule="auto"/>
            </w:pPr>
            <w:r>
              <w:rPr>
                <w:rFonts w:cs="DejaVu Sans"/>
                <w:sz w:val="19"/>
              </w:rPr>
              <w:t>Hi! I’m Ben and I’m eleven. I live in Bristol with my mum, dad and my younger sister. I’ve got a black-and-white dog called Max. My favourite school subject is Science because I love experiments. I can swim and ride a bike, but I can’t play the guitar. At weekends I usually read comics, play games and meet my friends.</w:t>
            </w:r>
          </w:p>
        </w:tc>
      </w:tr>
      <w:tr w:rsidR="00A73064">
        <w:trPr>
          <w:jc w:val="center"/>
        </w:trPr>
        <w:tc>
          <w:tcPr>
            <w:tcW w:w="10658" w:type="dxa"/>
            <w:gridSpan w:val="3"/>
            <w:tcBorders>
              <w:bottom w:val="single" w:sz="4" w:space="0" w:color="DFEAF0"/>
            </w:tcBorders>
            <w:tcMar>
              <w:top w:w="35" w:type="dxa"/>
              <w:left w:w="65" w:type="dxa"/>
              <w:bottom w:w="35" w:type="dxa"/>
              <w:right w:w="65" w:type="dxa"/>
            </w:tcMar>
          </w:tcPr>
          <w:p w:rsidR="00A73064" w:rsidRDefault="00000000" w:rsidP="00A9154C">
            <w:pPr>
              <w:spacing w:line="276" w:lineRule="auto"/>
            </w:pPr>
            <w:r>
              <w:rPr>
                <w:rFonts w:cs="DejaVu Sans"/>
                <w:sz w:val="18"/>
              </w:rPr>
              <w:t>1. Choose the best title:   A My School Day   B About Ben   C My Favourite Pet</w:t>
            </w:r>
          </w:p>
        </w:tc>
      </w:tr>
      <w:tr w:rsidR="00A73064">
        <w:trPr>
          <w:jc w:val="center"/>
        </w:trPr>
        <w:tc>
          <w:tcPr>
            <w:tcW w:w="10658" w:type="dxa"/>
            <w:gridSpan w:val="3"/>
            <w:tcBorders>
              <w:bottom w:val="single" w:sz="4" w:space="0" w:color="DFEAF0"/>
            </w:tcBorders>
            <w:tcMar>
              <w:top w:w="35" w:type="dxa"/>
              <w:left w:w="65" w:type="dxa"/>
              <w:bottom w:w="35" w:type="dxa"/>
              <w:right w:w="65" w:type="dxa"/>
            </w:tcMar>
          </w:tcPr>
          <w:p w:rsidR="00A73064" w:rsidRDefault="00000000" w:rsidP="00A9154C">
            <w:pPr>
              <w:spacing w:line="276" w:lineRule="auto"/>
            </w:pPr>
            <w:r>
              <w:rPr>
                <w:rFonts w:cs="DejaVu Sans"/>
                <w:sz w:val="18"/>
              </w:rPr>
              <w:t>2. Ben is twelve.                  True / False</w:t>
            </w:r>
          </w:p>
        </w:tc>
      </w:tr>
      <w:tr w:rsidR="00A73064">
        <w:trPr>
          <w:jc w:val="center"/>
        </w:trPr>
        <w:tc>
          <w:tcPr>
            <w:tcW w:w="10658" w:type="dxa"/>
            <w:gridSpan w:val="3"/>
            <w:tcBorders>
              <w:bottom w:val="single" w:sz="4" w:space="0" w:color="DFEAF0"/>
            </w:tcBorders>
            <w:tcMar>
              <w:top w:w="35" w:type="dxa"/>
              <w:left w:w="65" w:type="dxa"/>
              <w:bottom w:w="35" w:type="dxa"/>
              <w:right w:w="65" w:type="dxa"/>
            </w:tcMar>
          </w:tcPr>
          <w:p w:rsidR="00A73064" w:rsidRDefault="00000000" w:rsidP="00A9154C">
            <w:pPr>
              <w:spacing w:line="276" w:lineRule="auto"/>
            </w:pPr>
            <w:r>
              <w:rPr>
                <w:rFonts w:cs="DejaVu Sans"/>
                <w:sz w:val="18"/>
              </w:rPr>
              <w:t>3. Ben has got a sister.           True / False</w:t>
            </w:r>
          </w:p>
        </w:tc>
      </w:tr>
      <w:tr w:rsidR="00A73064">
        <w:trPr>
          <w:jc w:val="center"/>
        </w:trPr>
        <w:tc>
          <w:tcPr>
            <w:tcW w:w="10658" w:type="dxa"/>
            <w:gridSpan w:val="3"/>
            <w:tcBorders>
              <w:bottom w:val="single" w:sz="4" w:space="0" w:color="DFEAF0"/>
            </w:tcBorders>
            <w:tcMar>
              <w:top w:w="35" w:type="dxa"/>
              <w:left w:w="65" w:type="dxa"/>
              <w:bottom w:w="35" w:type="dxa"/>
              <w:right w:w="65" w:type="dxa"/>
            </w:tcMar>
          </w:tcPr>
          <w:p w:rsidR="00A73064" w:rsidRDefault="00000000" w:rsidP="00A9154C">
            <w:pPr>
              <w:spacing w:line="276" w:lineRule="auto"/>
            </w:pPr>
            <w:r>
              <w:rPr>
                <w:rFonts w:cs="DejaVu Sans"/>
                <w:sz w:val="18"/>
              </w:rPr>
              <w:t>4. Science is Ben’s favourite subject.    True / False</w:t>
            </w:r>
          </w:p>
        </w:tc>
      </w:tr>
      <w:tr w:rsidR="00A73064">
        <w:trPr>
          <w:jc w:val="center"/>
        </w:trPr>
        <w:tc>
          <w:tcPr>
            <w:tcW w:w="10658" w:type="dxa"/>
            <w:gridSpan w:val="3"/>
            <w:tcBorders>
              <w:bottom w:val="single" w:sz="4" w:space="0" w:color="DFEAF0"/>
            </w:tcBorders>
            <w:tcMar>
              <w:top w:w="35" w:type="dxa"/>
              <w:left w:w="65" w:type="dxa"/>
              <w:bottom w:w="35" w:type="dxa"/>
              <w:right w:w="65" w:type="dxa"/>
            </w:tcMar>
          </w:tcPr>
          <w:p w:rsidR="00A73064" w:rsidRDefault="00000000" w:rsidP="00A9154C">
            <w:pPr>
              <w:spacing w:line="276" w:lineRule="auto"/>
            </w:pPr>
            <w:r>
              <w:rPr>
                <w:rFonts w:cs="DejaVu Sans"/>
                <w:sz w:val="18"/>
              </w:rPr>
              <w:t>5. Ben can play the guitar.        True / False</w:t>
            </w:r>
          </w:p>
        </w:tc>
      </w:tr>
      <w:tr w:rsidR="00A73064">
        <w:trPr>
          <w:jc w:val="center"/>
        </w:trPr>
        <w:tc>
          <w:tcPr>
            <w:tcW w:w="10658" w:type="dxa"/>
            <w:gridSpan w:val="3"/>
            <w:tcBorders>
              <w:bottom w:val="single" w:sz="4" w:space="0" w:color="DFEAF0"/>
            </w:tcBorders>
            <w:tcMar>
              <w:top w:w="35" w:type="dxa"/>
              <w:left w:w="65" w:type="dxa"/>
              <w:bottom w:w="35" w:type="dxa"/>
              <w:right w:w="65" w:type="dxa"/>
            </w:tcMar>
          </w:tcPr>
          <w:p w:rsidR="00A73064" w:rsidRDefault="00000000" w:rsidP="00A9154C">
            <w:pPr>
              <w:spacing w:line="276" w:lineRule="auto"/>
            </w:pPr>
            <w:r>
              <w:rPr>
                <w:rFonts w:cs="DejaVu Sans"/>
                <w:sz w:val="18"/>
              </w:rPr>
              <w:t>6. Write ONE thing Ben does at weekends: ________________________________</w:t>
            </w:r>
          </w:p>
        </w:tc>
      </w:tr>
      <w:tr w:rsidR="00A73064">
        <w:tblPrEx>
          <w:jc w:val="left"/>
        </w:tblPrEx>
        <w:trPr>
          <w:gridAfter w:val="1"/>
          <w:wAfter w:w="308" w:type="dxa"/>
        </w:trPr>
        <w:tc>
          <w:tcPr>
            <w:tcW w:w="5329" w:type="dxa"/>
            <w:tcBorders>
              <w:top w:val="single" w:sz="8" w:space="0" w:color="D28B1B"/>
              <w:left w:val="single" w:sz="8" w:space="0" w:color="D28B1B"/>
              <w:bottom w:val="single" w:sz="8" w:space="0" w:color="D28B1B"/>
              <w:right w:val="single" w:sz="8" w:space="0" w:color="D28B1B"/>
            </w:tcBorders>
            <w:shd w:val="clear" w:color="auto" w:fill="D28B1B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A73064" w:rsidRDefault="00000000">
            <w:pPr>
              <w:jc w:val="center"/>
            </w:pPr>
            <w:r>
              <w:rPr>
                <w:rFonts w:cs="DejaVu Sans"/>
                <w:b/>
                <w:color w:val="FFFFFF"/>
                <w:sz w:val="27"/>
              </w:rPr>
              <w:t>C</w:t>
            </w:r>
          </w:p>
        </w:tc>
        <w:tc>
          <w:tcPr>
            <w:tcW w:w="5329" w:type="dxa"/>
            <w:tcBorders>
              <w:top w:val="single" w:sz="8" w:space="0" w:color="D28B1B"/>
              <w:left w:val="single" w:sz="8" w:space="0" w:color="D28B1B"/>
              <w:bottom w:val="single" w:sz="8" w:space="0" w:color="D28B1B"/>
              <w:right w:val="single" w:sz="8" w:space="0" w:color="D28B1B"/>
            </w:tcBorders>
            <w:shd w:val="clear" w:color="auto" w:fill="EAF6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A73064" w:rsidRDefault="00000000">
            <w:r>
              <w:rPr>
                <w:rFonts w:cs="DejaVu Sans"/>
                <w:b/>
                <w:color w:val="082A5C"/>
                <w:sz w:val="25"/>
              </w:rPr>
              <w:t>GRAMMAR TOOLS</w:t>
            </w:r>
            <w:r>
              <w:rPr>
                <w:rFonts w:cs="DejaVu Sans"/>
                <w:i/>
                <w:color w:val="4F6D7A"/>
                <w:sz w:val="19"/>
              </w:rPr>
              <w:t xml:space="preserve">  Choose the right tool</w:t>
            </w:r>
          </w:p>
        </w:tc>
      </w:tr>
    </w:tbl>
    <w:p w:rsidR="00A73064" w:rsidRDefault="00A9154C">
      <w:r>
        <w:rPr>
          <w:rFonts w:cs="DejaVu Sans"/>
          <w:b/>
          <w:sz w:val="19"/>
          <w:lang w:val="ru-RU"/>
        </w:rPr>
        <w:t>Подчеркни верное слово</w:t>
      </w:r>
      <w:r w:rsidR="00000000">
        <w:rPr>
          <w:rFonts w:cs="DejaVu Sans"/>
          <w:b/>
          <w:sz w:val="19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9"/>
        <w:gridCol w:w="5329"/>
        <w:gridCol w:w="24"/>
      </w:tblGrid>
      <w:tr w:rsidR="00A73064">
        <w:trPr>
          <w:jc w:val="center"/>
        </w:trPr>
        <w:tc>
          <w:tcPr>
            <w:tcW w:w="5329" w:type="dxa"/>
            <w:tcBorders>
              <w:bottom w:val="single" w:sz="4" w:space="0" w:color="E8E0D0"/>
            </w:tcBorders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73064" w:rsidRDefault="00000000" w:rsidP="00A9154C">
            <w:pPr>
              <w:spacing w:line="360" w:lineRule="auto"/>
            </w:pPr>
            <w:r>
              <w:rPr>
                <w:rFonts w:cs="DejaVu Sans"/>
                <w:sz w:val="17"/>
              </w:rPr>
              <w:t xml:space="preserve">1. I </w:t>
            </w:r>
            <w:r w:rsidRPr="00A9154C">
              <w:rPr>
                <w:rFonts w:cs="DejaVu Sans"/>
                <w:b/>
                <w:bCs/>
                <w:sz w:val="17"/>
              </w:rPr>
              <w:t>am / is</w:t>
            </w:r>
            <w:r>
              <w:rPr>
                <w:rFonts w:cs="DejaVu Sans"/>
                <w:sz w:val="17"/>
              </w:rPr>
              <w:t xml:space="preserve"> eleven.</w:t>
            </w:r>
          </w:p>
        </w:tc>
        <w:tc>
          <w:tcPr>
            <w:tcW w:w="5329" w:type="dxa"/>
            <w:gridSpan w:val="2"/>
            <w:tcBorders>
              <w:bottom w:val="single" w:sz="4" w:space="0" w:color="E8E0D0"/>
            </w:tcBorders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73064" w:rsidRDefault="00000000" w:rsidP="00A9154C">
            <w:pPr>
              <w:spacing w:line="360" w:lineRule="auto"/>
            </w:pPr>
            <w:r>
              <w:rPr>
                <w:rFonts w:cs="DejaVu Sans"/>
                <w:sz w:val="17"/>
              </w:rPr>
              <w:t xml:space="preserve">2. She </w:t>
            </w:r>
            <w:r w:rsidRPr="00A9154C">
              <w:rPr>
                <w:rFonts w:cs="DejaVu Sans"/>
                <w:b/>
                <w:bCs/>
                <w:sz w:val="17"/>
              </w:rPr>
              <w:t>have got / has got</w:t>
            </w:r>
            <w:r>
              <w:rPr>
                <w:rFonts w:cs="DejaVu Sans"/>
                <w:sz w:val="17"/>
              </w:rPr>
              <w:t xml:space="preserve"> a dog.</w:t>
            </w:r>
          </w:p>
        </w:tc>
      </w:tr>
      <w:tr w:rsidR="00A73064">
        <w:trPr>
          <w:jc w:val="center"/>
        </w:trPr>
        <w:tc>
          <w:tcPr>
            <w:tcW w:w="5329" w:type="dxa"/>
            <w:tcBorders>
              <w:bottom w:val="single" w:sz="4" w:space="0" w:color="E8E0D0"/>
            </w:tcBorders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73064" w:rsidRDefault="00000000" w:rsidP="00A9154C">
            <w:pPr>
              <w:spacing w:line="360" w:lineRule="auto"/>
            </w:pPr>
            <w:r>
              <w:rPr>
                <w:rFonts w:cs="DejaVu Sans"/>
                <w:sz w:val="17"/>
              </w:rPr>
              <w:t xml:space="preserve">3. We </w:t>
            </w:r>
            <w:r w:rsidRPr="00A9154C">
              <w:rPr>
                <w:rFonts w:cs="DejaVu Sans"/>
                <w:b/>
                <w:bCs/>
                <w:sz w:val="17"/>
              </w:rPr>
              <w:t>can / cans</w:t>
            </w:r>
            <w:r>
              <w:rPr>
                <w:rFonts w:cs="DejaVu Sans"/>
                <w:sz w:val="17"/>
              </w:rPr>
              <w:t xml:space="preserve"> swim.</w:t>
            </w:r>
          </w:p>
        </w:tc>
        <w:tc>
          <w:tcPr>
            <w:tcW w:w="5329" w:type="dxa"/>
            <w:gridSpan w:val="2"/>
            <w:tcBorders>
              <w:bottom w:val="single" w:sz="4" w:space="0" w:color="E8E0D0"/>
            </w:tcBorders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73064" w:rsidRDefault="00000000" w:rsidP="00A9154C">
            <w:pPr>
              <w:spacing w:line="360" w:lineRule="auto"/>
            </w:pPr>
            <w:r>
              <w:rPr>
                <w:rFonts w:cs="DejaVu Sans"/>
                <w:sz w:val="17"/>
              </w:rPr>
              <w:t xml:space="preserve">4. </w:t>
            </w:r>
            <w:r w:rsidRPr="00A9154C">
              <w:rPr>
                <w:rFonts w:cs="DejaVu Sans"/>
                <w:b/>
                <w:bCs/>
                <w:sz w:val="17"/>
              </w:rPr>
              <w:t>Are / Is</w:t>
            </w:r>
            <w:r>
              <w:rPr>
                <w:rFonts w:cs="DejaVu Sans"/>
                <w:sz w:val="17"/>
              </w:rPr>
              <w:t xml:space="preserve"> you ten?</w:t>
            </w:r>
          </w:p>
        </w:tc>
      </w:tr>
      <w:tr w:rsidR="00A73064">
        <w:trPr>
          <w:jc w:val="center"/>
        </w:trPr>
        <w:tc>
          <w:tcPr>
            <w:tcW w:w="5329" w:type="dxa"/>
            <w:tcBorders>
              <w:bottom w:val="single" w:sz="4" w:space="0" w:color="E8E0D0"/>
            </w:tcBorders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73064" w:rsidRDefault="00000000" w:rsidP="00A9154C">
            <w:pPr>
              <w:spacing w:line="360" w:lineRule="auto"/>
            </w:pPr>
            <w:r>
              <w:rPr>
                <w:rFonts w:cs="DejaVu Sans"/>
                <w:sz w:val="17"/>
              </w:rPr>
              <w:t xml:space="preserve">5. </w:t>
            </w:r>
            <w:r w:rsidRPr="00A9154C">
              <w:rPr>
                <w:rFonts w:cs="DejaVu Sans"/>
                <w:b/>
                <w:bCs/>
                <w:sz w:val="17"/>
              </w:rPr>
              <w:t>Have / Has</w:t>
            </w:r>
            <w:r>
              <w:rPr>
                <w:rFonts w:cs="DejaVu Sans"/>
                <w:sz w:val="17"/>
              </w:rPr>
              <w:t xml:space="preserve"> you got a pet?</w:t>
            </w:r>
          </w:p>
        </w:tc>
        <w:tc>
          <w:tcPr>
            <w:tcW w:w="5329" w:type="dxa"/>
            <w:gridSpan w:val="2"/>
            <w:tcBorders>
              <w:bottom w:val="single" w:sz="4" w:space="0" w:color="E8E0D0"/>
            </w:tcBorders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73064" w:rsidRDefault="00000000" w:rsidP="00A9154C">
            <w:pPr>
              <w:spacing w:line="360" w:lineRule="auto"/>
            </w:pPr>
            <w:r>
              <w:rPr>
                <w:rFonts w:cs="DejaVu Sans"/>
                <w:sz w:val="17"/>
              </w:rPr>
              <w:t xml:space="preserve">6. </w:t>
            </w:r>
            <w:r w:rsidRPr="00A9154C">
              <w:rPr>
                <w:rFonts w:cs="DejaVu Sans"/>
                <w:b/>
                <w:bCs/>
                <w:sz w:val="17"/>
              </w:rPr>
              <w:t>Can / Are</w:t>
            </w:r>
            <w:r>
              <w:rPr>
                <w:rFonts w:cs="DejaVu Sans"/>
                <w:sz w:val="17"/>
              </w:rPr>
              <w:t xml:space="preserve"> you ride a bike?</w:t>
            </w:r>
          </w:p>
        </w:tc>
      </w:tr>
      <w:tr w:rsidR="00A73064">
        <w:trPr>
          <w:jc w:val="center"/>
        </w:trPr>
        <w:tc>
          <w:tcPr>
            <w:tcW w:w="5329" w:type="dxa"/>
            <w:tcBorders>
              <w:bottom w:val="single" w:sz="4" w:space="0" w:color="E8E0D0"/>
            </w:tcBorders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73064" w:rsidRDefault="00000000" w:rsidP="00A9154C">
            <w:pPr>
              <w:spacing w:line="360" w:lineRule="auto"/>
            </w:pPr>
            <w:r>
              <w:rPr>
                <w:rFonts w:cs="DejaVu Sans"/>
                <w:sz w:val="17"/>
              </w:rPr>
              <w:t xml:space="preserve">7. </w:t>
            </w:r>
            <w:r w:rsidR="00A9154C">
              <w:rPr>
                <w:rFonts w:cs="DejaVu Sans"/>
                <w:sz w:val="17"/>
                <w:lang w:val="ru-RU"/>
              </w:rPr>
              <w:t>Исправь</w:t>
            </w:r>
            <w:r w:rsidR="00A9154C" w:rsidRPr="00A9154C">
              <w:rPr>
                <w:rFonts w:cs="DejaVu Sans"/>
                <w:sz w:val="17"/>
              </w:rPr>
              <w:t xml:space="preserve"> </w:t>
            </w:r>
            <w:r w:rsidR="00A9154C">
              <w:rPr>
                <w:rFonts w:cs="DejaVu Sans"/>
                <w:sz w:val="17"/>
                <w:lang w:val="ru-RU"/>
              </w:rPr>
              <w:t>предложение</w:t>
            </w:r>
            <w:r>
              <w:rPr>
                <w:rFonts w:cs="DejaVu Sans"/>
                <w:sz w:val="17"/>
              </w:rPr>
              <w:t>: He have got blue eyes.</w:t>
            </w:r>
          </w:p>
        </w:tc>
        <w:tc>
          <w:tcPr>
            <w:tcW w:w="5329" w:type="dxa"/>
            <w:gridSpan w:val="2"/>
            <w:tcBorders>
              <w:bottom w:val="single" w:sz="4" w:space="0" w:color="E8E0D0"/>
            </w:tcBorders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73064" w:rsidRDefault="00000000" w:rsidP="00A9154C">
            <w:pPr>
              <w:spacing w:line="360" w:lineRule="auto"/>
            </w:pPr>
            <w:r>
              <w:rPr>
                <w:rFonts w:cs="DejaVu Sans"/>
                <w:sz w:val="17"/>
              </w:rPr>
              <w:t>________________________________________________</w:t>
            </w:r>
          </w:p>
        </w:tc>
      </w:tr>
      <w:tr w:rsidR="00A73064">
        <w:tblPrEx>
          <w:jc w:val="left"/>
        </w:tblPrEx>
        <w:trPr>
          <w:gridAfter w:val="1"/>
          <w:wAfter w:w="24" w:type="dxa"/>
        </w:trPr>
        <w:tc>
          <w:tcPr>
            <w:tcW w:w="5329" w:type="dxa"/>
            <w:tcBorders>
              <w:top w:val="single" w:sz="8" w:space="0" w:color="7353A6"/>
              <w:left w:val="single" w:sz="8" w:space="0" w:color="7353A6"/>
              <w:bottom w:val="single" w:sz="8" w:space="0" w:color="7353A6"/>
              <w:right w:val="single" w:sz="8" w:space="0" w:color="7353A6"/>
            </w:tcBorders>
            <w:shd w:val="clear" w:color="auto" w:fill="7353A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A73064" w:rsidRDefault="00000000">
            <w:pPr>
              <w:jc w:val="center"/>
            </w:pPr>
            <w:r>
              <w:rPr>
                <w:rFonts w:cs="DejaVu Sans"/>
                <w:b/>
                <w:color w:val="FFFFFF"/>
                <w:sz w:val="27"/>
              </w:rPr>
              <w:t>D</w:t>
            </w:r>
          </w:p>
        </w:tc>
        <w:tc>
          <w:tcPr>
            <w:tcW w:w="5329" w:type="dxa"/>
            <w:tcBorders>
              <w:top w:val="single" w:sz="8" w:space="0" w:color="7353A6"/>
              <w:left w:val="single" w:sz="8" w:space="0" w:color="7353A6"/>
              <w:bottom w:val="single" w:sz="8" w:space="0" w:color="7353A6"/>
              <w:right w:val="single" w:sz="8" w:space="0" w:color="7353A6"/>
            </w:tcBorders>
            <w:shd w:val="clear" w:color="auto" w:fill="EAF6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A73064" w:rsidRDefault="00000000">
            <w:r>
              <w:rPr>
                <w:rFonts w:cs="DejaVu Sans"/>
                <w:b/>
                <w:color w:val="082A5C"/>
                <w:sz w:val="25"/>
              </w:rPr>
              <w:t>QUESTION CODE</w:t>
            </w:r>
            <w:r>
              <w:rPr>
                <w:rFonts w:cs="DejaVu Sans"/>
                <w:i/>
                <w:color w:val="4F6D7A"/>
                <w:sz w:val="19"/>
              </w:rPr>
              <w:t xml:space="preserve">  Build the question</w:t>
            </w:r>
          </w:p>
        </w:tc>
      </w:tr>
    </w:tbl>
    <w:p w:rsidR="00A73064" w:rsidRDefault="00A9154C">
      <w:r>
        <w:rPr>
          <w:rFonts w:cs="DejaVu Sans"/>
          <w:b/>
          <w:sz w:val="19"/>
          <w:lang w:val="ru-RU"/>
        </w:rPr>
        <w:t>Расставь слова в правильном порядке</w:t>
      </w:r>
      <w:r w:rsidR="00000000" w:rsidRPr="00A9154C">
        <w:rPr>
          <w:rFonts w:cs="DejaVu Sans"/>
          <w:b/>
          <w:sz w:val="19"/>
          <w:lang w:val="ru-RU"/>
        </w:rPr>
        <w:t xml:space="preserve">. </w:t>
      </w:r>
      <w:r>
        <w:rPr>
          <w:rFonts w:cs="DejaVu Sans"/>
          <w:b/>
          <w:sz w:val="19"/>
          <w:lang w:val="ru-RU"/>
        </w:rPr>
        <w:t>Затем запиши свой вопрос</w:t>
      </w:r>
      <w:r w:rsidR="00000000">
        <w:rPr>
          <w:rFonts w:cs="DejaVu Sans"/>
          <w:b/>
          <w:sz w:val="19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9"/>
        <w:gridCol w:w="5329"/>
      </w:tblGrid>
      <w:tr w:rsidR="00A73064">
        <w:trPr>
          <w:jc w:val="center"/>
        </w:trPr>
        <w:tc>
          <w:tcPr>
            <w:tcW w:w="5329" w:type="dxa"/>
            <w:tcBorders>
              <w:bottom w:val="single" w:sz="4" w:space="0" w:color="E0D9EE"/>
            </w:tcBorders>
            <w:tcMar>
              <w:top w:w="32" w:type="dxa"/>
              <w:left w:w="60" w:type="dxa"/>
              <w:bottom w:w="32" w:type="dxa"/>
              <w:right w:w="60" w:type="dxa"/>
            </w:tcMar>
          </w:tcPr>
          <w:p w:rsidR="00A73064" w:rsidRDefault="00000000" w:rsidP="00A9154C">
            <w:pPr>
              <w:spacing w:line="360" w:lineRule="auto"/>
            </w:pPr>
            <w:r>
              <w:rPr>
                <w:rFonts w:cs="DejaVu Sans"/>
                <w:color w:val="5C4385"/>
                <w:sz w:val="17"/>
              </w:rPr>
              <w:t>1. your / What’s / name / ?</w:t>
            </w:r>
          </w:p>
        </w:tc>
        <w:tc>
          <w:tcPr>
            <w:tcW w:w="5329" w:type="dxa"/>
            <w:tcBorders>
              <w:bottom w:val="single" w:sz="4" w:space="0" w:color="E0D9EE"/>
            </w:tcBorders>
            <w:tcMar>
              <w:top w:w="32" w:type="dxa"/>
              <w:left w:w="60" w:type="dxa"/>
              <w:bottom w:w="32" w:type="dxa"/>
              <w:right w:w="60" w:type="dxa"/>
            </w:tcMar>
          </w:tcPr>
          <w:p w:rsidR="00A73064" w:rsidRDefault="00000000" w:rsidP="00A9154C">
            <w:pPr>
              <w:spacing w:line="360" w:lineRule="auto"/>
            </w:pPr>
            <w:r>
              <w:rPr>
                <w:rFonts w:cs="DejaVu Sans"/>
                <w:sz w:val="17"/>
              </w:rPr>
              <w:t>________________________________________________</w:t>
            </w:r>
          </w:p>
        </w:tc>
      </w:tr>
      <w:tr w:rsidR="00A73064">
        <w:trPr>
          <w:jc w:val="center"/>
        </w:trPr>
        <w:tc>
          <w:tcPr>
            <w:tcW w:w="5329" w:type="dxa"/>
            <w:tcBorders>
              <w:bottom w:val="single" w:sz="4" w:space="0" w:color="E0D9EE"/>
            </w:tcBorders>
            <w:tcMar>
              <w:top w:w="32" w:type="dxa"/>
              <w:left w:w="60" w:type="dxa"/>
              <w:bottom w:w="32" w:type="dxa"/>
              <w:right w:w="60" w:type="dxa"/>
            </w:tcMar>
          </w:tcPr>
          <w:p w:rsidR="00A73064" w:rsidRDefault="00000000" w:rsidP="00A9154C">
            <w:pPr>
              <w:spacing w:line="360" w:lineRule="auto"/>
            </w:pPr>
            <w:r>
              <w:rPr>
                <w:rFonts w:cs="DejaVu Sans"/>
                <w:color w:val="5C4385"/>
                <w:sz w:val="17"/>
              </w:rPr>
              <w:t>2. you / got / Have / a pet / ?</w:t>
            </w:r>
          </w:p>
        </w:tc>
        <w:tc>
          <w:tcPr>
            <w:tcW w:w="5329" w:type="dxa"/>
            <w:tcBorders>
              <w:bottom w:val="single" w:sz="4" w:space="0" w:color="E0D9EE"/>
            </w:tcBorders>
            <w:tcMar>
              <w:top w:w="32" w:type="dxa"/>
              <w:left w:w="60" w:type="dxa"/>
              <w:bottom w:w="32" w:type="dxa"/>
              <w:right w:w="60" w:type="dxa"/>
            </w:tcMar>
          </w:tcPr>
          <w:p w:rsidR="00A73064" w:rsidRPr="00A9154C" w:rsidRDefault="00000000" w:rsidP="00A9154C">
            <w:pPr>
              <w:spacing w:line="360" w:lineRule="auto"/>
              <w:rPr>
                <w:lang w:val="ru-RU"/>
              </w:rPr>
            </w:pPr>
            <w:r>
              <w:rPr>
                <w:rFonts w:cs="DejaVu Sans"/>
                <w:sz w:val="17"/>
              </w:rPr>
              <w:t>_______________________________________________</w:t>
            </w:r>
            <w:r w:rsidR="00A9154C">
              <w:rPr>
                <w:rFonts w:cs="DejaVu Sans"/>
                <w:sz w:val="17"/>
                <w:lang w:val="ru-RU"/>
              </w:rPr>
              <w:t>_</w:t>
            </w:r>
          </w:p>
        </w:tc>
      </w:tr>
      <w:tr w:rsidR="00A73064">
        <w:trPr>
          <w:jc w:val="center"/>
        </w:trPr>
        <w:tc>
          <w:tcPr>
            <w:tcW w:w="5329" w:type="dxa"/>
            <w:tcBorders>
              <w:bottom w:val="single" w:sz="4" w:space="0" w:color="E0D9EE"/>
            </w:tcBorders>
            <w:tcMar>
              <w:top w:w="32" w:type="dxa"/>
              <w:left w:w="60" w:type="dxa"/>
              <w:bottom w:w="32" w:type="dxa"/>
              <w:right w:w="60" w:type="dxa"/>
            </w:tcMar>
          </w:tcPr>
          <w:p w:rsidR="00A73064" w:rsidRDefault="00000000" w:rsidP="00A9154C">
            <w:pPr>
              <w:spacing w:line="360" w:lineRule="auto"/>
            </w:pPr>
            <w:r>
              <w:rPr>
                <w:rFonts w:cs="DejaVu Sans"/>
                <w:color w:val="5C4385"/>
                <w:sz w:val="17"/>
              </w:rPr>
              <w:t>3. swim / you / Can / ?</w:t>
            </w:r>
          </w:p>
        </w:tc>
        <w:tc>
          <w:tcPr>
            <w:tcW w:w="5329" w:type="dxa"/>
            <w:tcBorders>
              <w:bottom w:val="single" w:sz="4" w:space="0" w:color="E0D9EE"/>
            </w:tcBorders>
            <w:tcMar>
              <w:top w:w="32" w:type="dxa"/>
              <w:left w:w="60" w:type="dxa"/>
              <w:bottom w:w="32" w:type="dxa"/>
              <w:right w:w="60" w:type="dxa"/>
            </w:tcMar>
          </w:tcPr>
          <w:p w:rsidR="00A73064" w:rsidRDefault="00000000" w:rsidP="00A9154C">
            <w:pPr>
              <w:spacing w:line="360" w:lineRule="auto"/>
            </w:pPr>
            <w:r>
              <w:rPr>
                <w:rFonts w:cs="DejaVu Sans"/>
                <w:sz w:val="17"/>
              </w:rPr>
              <w:t>________________________________________________</w:t>
            </w:r>
          </w:p>
        </w:tc>
      </w:tr>
      <w:tr w:rsidR="00A73064">
        <w:trPr>
          <w:jc w:val="center"/>
        </w:trPr>
        <w:tc>
          <w:tcPr>
            <w:tcW w:w="5329" w:type="dxa"/>
            <w:tcBorders>
              <w:bottom w:val="single" w:sz="4" w:space="0" w:color="E0D9EE"/>
            </w:tcBorders>
            <w:tcMar>
              <w:top w:w="32" w:type="dxa"/>
              <w:left w:w="60" w:type="dxa"/>
              <w:bottom w:w="32" w:type="dxa"/>
              <w:right w:w="60" w:type="dxa"/>
            </w:tcMar>
          </w:tcPr>
          <w:p w:rsidR="00A73064" w:rsidRDefault="00000000" w:rsidP="00A9154C">
            <w:pPr>
              <w:spacing w:line="360" w:lineRule="auto"/>
            </w:pPr>
            <w:r>
              <w:rPr>
                <w:rFonts w:cs="DejaVu Sans"/>
                <w:b/>
                <w:color w:val="5C4385"/>
                <w:sz w:val="17"/>
              </w:rPr>
              <w:t>Your question:</w:t>
            </w:r>
          </w:p>
        </w:tc>
        <w:tc>
          <w:tcPr>
            <w:tcW w:w="5329" w:type="dxa"/>
            <w:tcBorders>
              <w:bottom w:val="single" w:sz="4" w:space="0" w:color="E0D9EE"/>
            </w:tcBorders>
            <w:tcMar>
              <w:top w:w="32" w:type="dxa"/>
              <w:left w:w="60" w:type="dxa"/>
              <w:bottom w:w="32" w:type="dxa"/>
              <w:right w:w="60" w:type="dxa"/>
            </w:tcMar>
          </w:tcPr>
          <w:p w:rsidR="00A73064" w:rsidRDefault="00000000" w:rsidP="00A9154C">
            <w:pPr>
              <w:spacing w:line="360" w:lineRule="auto"/>
            </w:pPr>
            <w:r>
              <w:rPr>
                <w:rFonts w:cs="DejaVu Sans"/>
                <w:sz w:val="17"/>
              </w:rPr>
              <w:t>________________________________________________</w:t>
            </w:r>
          </w:p>
        </w:tc>
      </w:tr>
    </w:tbl>
    <w:p w:rsidR="00A73064" w:rsidRDefault="00000000">
      <w:r>
        <w:br w:type="page"/>
      </w:r>
    </w:p>
    <w:p w:rsidR="00A73064" w:rsidRDefault="00000000">
      <w:pPr>
        <w:spacing w:after="80"/>
        <w:jc w:val="center"/>
      </w:pPr>
      <w:r>
        <w:rPr>
          <w:rFonts w:cs="DejaVu Sans"/>
          <w:b/>
          <w:color w:val="082A5C"/>
          <w:sz w:val="31"/>
        </w:rPr>
        <w:lastRenderedPageBreak/>
        <w:t>READY FOR GRADE 5? — STARTER CHECK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9"/>
        <w:gridCol w:w="5329"/>
      </w:tblGrid>
      <w:tr w:rsidR="00A73064">
        <w:tc>
          <w:tcPr>
            <w:tcW w:w="5329" w:type="dxa"/>
            <w:tcBorders>
              <w:top w:val="single" w:sz="8" w:space="0" w:color="2B7BB9"/>
              <w:left w:val="single" w:sz="8" w:space="0" w:color="2B7BB9"/>
              <w:bottom w:val="single" w:sz="8" w:space="0" w:color="2B7BB9"/>
              <w:right w:val="single" w:sz="8" w:space="0" w:color="2B7BB9"/>
            </w:tcBorders>
            <w:shd w:val="clear" w:color="auto" w:fill="2B7BB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A73064" w:rsidRDefault="00000000">
            <w:pPr>
              <w:jc w:val="center"/>
            </w:pPr>
            <w:r>
              <w:rPr>
                <w:rFonts w:cs="DejaVu Sans"/>
                <w:b/>
                <w:color w:val="FFFFFF"/>
                <w:sz w:val="27"/>
              </w:rPr>
              <w:t>E</w:t>
            </w:r>
          </w:p>
        </w:tc>
        <w:tc>
          <w:tcPr>
            <w:tcW w:w="5329" w:type="dxa"/>
            <w:tcBorders>
              <w:top w:val="single" w:sz="8" w:space="0" w:color="2B7BB9"/>
              <w:left w:val="single" w:sz="8" w:space="0" w:color="2B7BB9"/>
              <w:bottom w:val="single" w:sz="8" w:space="0" w:color="2B7BB9"/>
              <w:right w:val="single" w:sz="8" w:space="0" w:color="2B7BB9"/>
            </w:tcBorders>
            <w:shd w:val="clear" w:color="auto" w:fill="EAF6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A73064" w:rsidRDefault="00000000">
            <w:r>
              <w:rPr>
                <w:rFonts w:cs="DejaVu Sans"/>
                <w:b/>
                <w:color w:val="082A5C"/>
                <w:sz w:val="25"/>
              </w:rPr>
              <w:t>LISTENING RADAR</w:t>
            </w:r>
            <w:r>
              <w:rPr>
                <w:rFonts w:cs="DejaVu Sans"/>
                <w:i/>
                <w:color w:val="4F6D7A"/>
                <w:sz w:val="19"/>
              </w:rPr>
              <w:t xml:space="preserve">  Listen twice and complete the profile</w:t>
            </w:r>
          </w:p>
        </w:tc>
      </w:tr>
    </w:tbl>
    <w:p w:rsidR="00A73064" w:rsidRPr="00A9154C" w:rsidRDefault="00A9154C">
      <w:pPr>
        <w:rPr>
          <w:lang w:val="ru-RU"/>
        </w:rPr>
      </w:pPr>
      <w:r>
        <w:rPr>
          <w:rFonts w:cs="DejaVu Sans"/>
          <w:b/>
          <w:sz w:val="19"/>
          <w:lang w:val="ru-RU"/>
        </w:rPr>
        <w:t>Послушай и напиши нужное слово или цифру</w:t>
      </w:r>
      <w:r w:rsidR="00000000" w:rsidRPr="00A9154C">
        <w:rPr>
          <w:rFonts w:cs="DejaVu Sans"/>
          <w:b/>
          <w:sz w:val="19"/>
          <w:lang w:val="ru-RU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9"/>
        <w:gridCol w:w="5329"/>
        <w:gridCol w:w="268"/>
      </w:tblGrid>
      <w:tr w:rsidR="00A73064">
        <w:trPr>
          <w:gridAfter w:val="1"/>
          <w:wAfter w:w="248" w:type="dxa"/>
          <w:jc w:val="center"/>
        </w:trPr>
        <w:tc>
          <w:tcPr>
            <w:tcW w:w="5329" w:type="dxa"/>
            <w:shd w:val="clear" w:color="auto" w:fill="EAF6F7"/>
            <w:tcMar>
              <w:top w:w="45" w:type="dxa"/>
              <w:left w:w="70" w:type="dxa"/>
              <w:bottom w:w="45" w:type="dxa"/>
              <w:right w:w="70" w:type="dxa"/>
            </w:tcMar>
          </w:tcPr>
          <w:p w:rsidR="00A73064" w:rsidRDefault="00000000">
            <w:r>
              <w:rPr>
                <w:rFonts w:cs="DejaVu Sans"/>
                <w:b/>
                <w:color w:val="0E8795"/>
                <w:sz w:val="18"/>
              </w:rPr>
              <w:t>Name</w:t>
            </w:r>
          </w:p>
        </w:tc>
        <w:tc>
          <w:tcPr>
            <w:tcW w:w="5329" w:type="dxa"/>
            <w:tcBorders>
              <w:bottom w:val="single" w:sz="5" w:space="0" w:color="C8DFE5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:rsidR="00A73064" w:rsidRDefault="00000000">
            <w:r>
              <w:rPr>
                <w:rFonts w:cs="DejaVu Sans"/>
                <w:sz w:val="18"/>
              </w:rPr>
              <w:t>____________________________</w:t>
            </w:r>
          </w:p>
        </w:tc>
      </w:tr>
      <w:tr w:rsidR="00A73064">
        <w:trPr>
          <w:gridAfter w:val="1"/>
          <w:wAfter w:w="248" w:type="dxa"/>
          <w:jc w:val="center"/>
        </w:trPr>
        <w:tc>
          <w:tcPr>
            <w:tcW w:w="5329" w:type="dxa"/>
            <w:shd w:val="clear" w:color="auto" w:fill="EAF6F7"/>
            <w:tcMar>
              <w:top w:w="45" w:type="dxa"/>
              <w:left w:w="70" w:type="dxa"/>
              <w:bottom w:w="45" w:type="dxa"/>
              <w:right w:w="70" w:type="dxa"/>
            </w:tcMar>
          </w:tcPr>
          <w:p w:rsidR="00A73064" w:rsidRDefault="00000000">
            <w:r>
              <w:rPr>
                <w:rFonts w:cs="DejaVu Sans"/>
                <w:b/>
                <w:color w:val="0E8795"/>
                <w:sz w:val="18"/>
              </w:rPr>
              <w:t>Age</w:t>
            </w:r>
          </w:p>
        </w:tc>
        <w:tc>
          <w:tcPr>
            <w:tcW w:w="5329" w:type="dxa"/>
            <w:tcBorders>
              <w:bottom w:val="single" w:sz="5" w:space="0" w:color="C8DFE5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:rsidR="00A73064" w:rsidRDefault="00000000">
            <w:r>
              <w:rPr>
                <w:rFonts w:cs="DejaVu Sans"/>
                <w:sz w:val="18"/>
              </w:rPr>
              <w:t>____________________________</w:t>
            </w:r>
          </w:p>
        </w:tc>
      </w:tr>
      <w:tr w:rsidR="00A73064">
        <w:trPr>
          <w:gridAfter w:val="1"/>
          <w:wAfter w:w="248" w:type="dxa"/>
          <w:jc w:val="center"/>
        </w:trPr>
        <w:tc>
          <w:tcPr>
            <w:tcW w:w="5329" w:type="dxa"/>
            <w:shd w:val="clear" w:color="auto" w:fill="EAF6F7"/>
            <w:tcMar>
              <w:top w:w="45" w:type="dxa"/>
              <w:left w:w="70" w:type="dxa"/>
              <w:bottom w:w="45" w:type="dxa"/>
              <w:right w:w="70" w:type="dxa"/>
            </w:tcMar>
          </w:tcPr>
          <w:p w:rsidR="00A73064" w:rsidRDefault="00000000">
            <w:r>
              <w:rPr>
                <w:rFonts w:cs="DejaVu Sans"/>
                <w:b/>
                <w:color w:val="0E8795"/>
                <w:sz w:val="18"/>
              </w:rPr>
              <w:t>Favourite subject</w:t>
            </w:r>
          </w:p>
        </w:tc>
        <w:tc>
          <w:tcPr>
            <w:tcW w:w="5329" w:type="dxa"/>
            <w:tcBorders>
              <w:bottom w:val="single" w:sz="5" w:space="0" w:color="C8DFE5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:rsidR="00A73064" w:rsidRDefault="00000000">
            <w:r>
              <w:rPr>
                <w:rFonts w:cs="DejaVu Sans"/>
                <w:sz w:val="18"/>
              </w:rPr>
              <w:t>____________________________</w:t>
            </w:r>
          </w:p>
        </w:tc>
      </w:tr>
      <w:tr w:rsidR="00A73064">
        <w:trPr>
          <w:gridAfter w:val="1"/>
          <w:wAfter w:w="248" w:type="dxa"/>
          <w:jc w:val="center"/>
        </w:trPr>
        <w:tc>
          <w:tcPr>
            <w:tcW w:w="5329" w:type="dxa"/>
            <w:shd w:val="clear" w:color="auto" w:fill="EAF6F7"/>
            <w:tcMar>
              <w:top w:w="45" w:type="dxa"/>
              <w:left w:w="70" w:type="dxa"/>
              <w:bottom w:w="45" w:type="dxa"/>
              <w:right w:w="70" w:type="dxa"/>
            </w:tcMar>
          </w:tcPr>
          <w:p w:rsidR="00A73064" w:rsidRDefault="00000000">
            <w:r>
              <w:rPr>
                <w:rFonts w:cs="DejaVu Sans"/>
                <w:b/>
                <w:color w:val="0E8795"/>
                <w:sz w:val="18"/>
              </w:rPr>
              <w:t>Has got</w:t>
            </w:r>
          </w:p>
        </w:tc>
        <w:tc>
          <w:tcPr>
            <w:tcW w:w="5329" w:type="dxa"/>
            <w:tcBorders>
              <w:bottom w:val="single" w:sz="5" w:space="0" w:color="C8DFE5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:rsidR="00A73064" w:rsidRDefault="00000000">
            <w:r>
              <w:rPr>
                <w:rFonts w:cs="DejaVu Sans"/>
                <w:sz w:val="18"/>
              </w:rPr>
              <w:t>____________________________</w:t>
            </w:r>
          </w:p>
        </w:tc>
      </w:tr>
      <w:tr w:rsidR="00A73064">
        <w:trPr>
          <w:gridAfter w:val="1"/>
          <w:wAfter w:w="248" w:type="dxa"/>
          <w:jc w:val="center"/>
        </w:trPr>
        <w:tc>
          <w:tcPr>
            <w:tcW w:w="5329" w:type="dxa"/>
            <w:shd w:val="clear" w:color="auto" w:fill="EAF6F7"/>
            <w:tcMar>
              <w:top w:w="45" w:type="dxa"/>
              <w:left w:w="70" w:type="dxa"/>
              <w:bottom w:w="45" w:type="dxa"/>
              <w:right w:w="70" w:type="dxa"/>
            </w:tcMar>
          </w:tcPr>
          <w:p w:rsidR="00A73064" w:rsidRDefault="00000000">
            <w:r>
              <w:rPr>
                <w:rFonts w:cs="DejaVu Sans"/>
                <w:b/>
                <w:color w:val="0E8795"/>
                <w:sz w:val="18"/>
              </w:rPr>
              <w:t>Can</w:t>
            </w:r>
          </w:p>
        </w:tc>
        <w:tc>
          <w:tcPr>
            <w:tcW w:w="5329" w:type="dxa"/>
            <w:tcBorders>
              <w:bottom w:val="single" w:sz="5" w:space="0" w:color="C8DFE5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:rsidR="00A73064" w:rsidRDefault="00000000">
            <w:r>
              <w:rPr>
                <w:rFonts w:cs="DejaVu Sans"/>
                <w:sz w:val="18"/>
              </w:rPr>
              <w:t>____________________________</w:t>
            </w:r>
          </w:p>
        </w:tc>
      </w:tr>
      <w:tr w:rsidR="00A73064">
        <w:tblPrEx>
          <w:jc w:val="left"/>
        </w:tblPrEx>
        <w:trPr>
          <w:gridAfter w:val="1"/>
          <w:wAfter w:w="268" w:type="dxa"/>
        </w:trPr>
        <w:tc>
          <w:tcPr>
            <w:tcW w:w="5329" w:type="dxa"/>
            <w:tcBorders>
              <w:top w:val="single" w:sz="8" w:space="0" w:color="7353A6"/>
              <w:left w:val="single" w:sz="8" w:space="0" w:color="7353A6"/>
              <w:bottom w:val="single" w:sz="8" w:space="0" w:color="7353A6"/>
              <w:right w:val="single" w:sz="8" w:space="0" w:color="7353A6"/>
            </w:tcBorders>
            <w:shd w:val="clear" w:color="auto" w:fill="7353A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A73064" w:rsidRDefault="00000000">
            <w:pPr>
              <w:jc w:val="center"/>
            </w:pPr>
            <w:r>
              <w:rPr>
                <w:rFonts w:cs="DejaVu Sans"/>
                <w:b/>
                <w:color w:val="FFFFFF"/>
                <w:sz w:val="27"/>
              </w:rPr>
              <w:t>F</w:t>
            </w:r>
          </w:p>
        </w:tc>
        <w:tc>
          <w:tcPr>
            <w:tcW w:w="5329" w:type="dxa"/>
            <w:tcBorders>
              <w:top w:val="single" w:sz="8" w:space="0" w:color="7353A6"/>
              <w:left w:val="single" w:sz="8" w:space="0" w:color="7353A6"/>
              <w:bottom w:val="single" w:sz="8" w:space="0" w:color="7353A6"/>
              <w:right w:val="single" w:sz="8" w:space="0" w:color="7353A6"/>
            </w:tcBorders>
            <w:shd w:val="clear" w:color="auto" w:fill="EAF6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A73064" w:rsidRDefault="00000000">
            <w:r>
              <w:rPr>
                <w:rFonts w:cs="DejaVu Sans"/>
                <w:b/>
                <w:color w:val="082A5C"/>
                <w:sz w:val="25"/>
              </w:rPr>
              <w:t>SOUND DETECTIVE — DICTIONARY DECODER</w:t>
            </w:r>
            <w:r>
              <w:rPr>
                <w:rFonts w:cs="DejaVu Sans"/>
                <w:i/>
                <w:color w:val="4F6D7A"/>
                <w:sz w:val="19"/>
              </w:rPr>
              <w:t xml:space="preserve">  New clue: read the signs</w:t>
            </w:r>
          </w:p>
        </w:tc>
      </w:tr>
      <w:tr w:rsidR="00A73064" w:rsidRPr="00A9154C">
        <w:trPr>
          <w:jc w:val="center"/>
        </w:trPr>
        <w:tc>
          <w:tcPr>
            <w:tcW w:w="10658" w:type="dxa"/>
            <w:gridSpan w:val="3"/>
            <w:tcBorders>
              <w:top w:val="single" w:sz="6" w:space="0" w:color="BCA7DC"/>
              <w:left w:val="single" w:sz="6" w:space="0" w:color="BCA7DC"/>
              <w:bottom w:val="single" w:sz="6" w:space="0" w:color="BCA7DC"/>
              <w:right w:val="single" w:sz="6" w:space="0" w:color="BCA7DC"/>
            </w:tcBorders>
            <w:shd w:val="clear" w:color="auto" w:fill="F4F0FA"/>
            <w:tcMar>
              <w:top w:w="80" w:type="dxa"/>
              <w:left w:w="105" w:type="dxa"/>
              <w:bottom w:w="80" w:type="dxa"/>
              <w:right w:w="105" w:type="dxa"/>
            </w:tcMar>
          </w:tcPr>
          <w:p w:rsidR="00A73064" w:rsidRPr="00A9154C" w:rsidRDefault="00000000">
            <w:pPr>
              <w:rPr>
                <w:lang w:val="ru-RU"/>
              </w:rPr>
            </w:pPr>
            <w:r w:rsidRPr="00A9154C">
              <w:rPr>
                <w:rFonts w:cs="DejaVu Sans"/>
                <w:b/>
                <w:color w:val="5C4385"/>
                <w:sz w:val="19"/>
                <w:lang w:val="ru-RU"/>
              </w:rPr>
              <w:t xml:space="preserve">ШПАРГАЛКА. </w:t>
            </w:r>
            <w:r w:rsidRPr="00A9154C">
              <w:rPr>
                <w:rFonts w:cs="DejaVu Sans"/>
                <w:color w:val="3E3352"/>
                <w:sz w:val="18"/>
                <w:lang w:val="ru-RU"/>
              </w:rPr>
              <w:t>В транскрипции косые черты / / показывают произношение слова. Знак ˈ ставится перед ударным слогом. Знак ː показывает, что звук долгий. Звук /ə/ (</w:t>
            </w:r>
            <w:r>
              <w:rPr>
                <w:rFonts w:cs="DejaVu Sans"/>
                <w:color w:val="3E3352"/>
                <w:sz w:val="18"/>
              </w:rPr>
              <w:t>schwa</w:t>
            </w:r>
            <w:r w:rsidRPr="00A9154C">
              <w:rPr>
                <w:rFonts w:cs="DejaVu Sans"/>
                <w:color w:val="3E3352"/>
                <w:sz w:val="18"/>
                <w:lang w:val="ru-RU"/>
              </w:rPr>
              <w:t>) часто встречается в безударных слогах и произносится очень кратко.</w:t>
            </w:r>
          </w:p>
        </w:tc>
      </w:tr>
    </w:tbl>
    <w:p w:rsidR="00A73064" w:rsidRPr="00A9154C" w:rsidRDefault="00000000">
      <w:pPr>
        <w:rPr>
          <w:lang w:val="ru-RU"/>
        </w:rPr>
      </w:pPr>
      <w:r w:rsidRPr="00A9154C">
        <w:rPr>
          <w:rFonts w:cs="DejaVu Sans"/>
          <w:b/>
          <w:sz w:val="19"/>
          <w:lang w:val="ru-RU"/>
        </w:rPr>
        <w:t>1. Посмотри на транскрипцию и выполни задания.</w:t>
      </w:r>
      <w:r w:rsidRPr="00A9154C">
        <w:rPr>
          <w:rFonts w:cs="DejaVu Sans"/>
          <w:i/>
          <w:color w:val="6A4E8A"/>
          <w:sz w:val="18"/>
          <w:lang w:val="ru-RU"/>
        </w:rPr>
        <w:t xml:space="preserve">  (Пояснения к знакам даны выше.)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64"/>
        <w:gridCol w:w="2664"/>
        <w:gridCol w:w="2664"/>
        <w:gridCol w:w="2664"/>
      </w:tblGrid>
      <w:tr w:rsidR="00A73064">
        <w:trPr>
          <w:jc w:val="center"/>
        </w:trPr>
        <w:tc>
          <w:tcPr>
            <w:tcW w:w="2664" w:type="dxa"/>
            <w:shd w:val="clear" w:color="auto" w:fill="EEF7F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73064" w:rsidRDefault="00000000">
            <w:pPr>
              <w:jc w:val="center"/>
            </w:pPr>
            <w:r>
              <w:rPr>
                <w:rFonts w:cs="DejaVu Sans"/>
                <w:b/>
                <w:color w:val="082A5C"/>
                <w:sz w:val="19"/>
              </w:rPr>
              <w:t>teacher</w:t>
            </w:r>
          </w:p>
        </w:tc>
        <w:tc>
          <w:tcPr>
            <w:tcW w:w="2664" w:type="dxa"/>
            <w:shd w:val="clear" w:color="auto" w:fill="EEF7F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73064" w:rsidRDefault="00000000">
            <w:pPr>
              <w:jc w:val="center"/>
            </w:pPr>
            <w:r>
              <w:rPr>
                <w:rFonts w:cs="DejaVu Sans"/>
                <w:b/>
                <w:color w:val="082A5C"/>
                <w:sz w:val="19"/>
              </w:rPr>
              <w:t>student</w:t>
            </w:r>
          </w:p>
        </w:tc>
        <w:tc>
          <w:tcPr>
            <w:tcW w:w="2664" w:type="dxa"/>
            <w:shd w:val="clear" w:color="auto" w:fill="EEF7F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73064" w:rsidRDefault="00000000">
            <w:pPr>
              <w:jc w:val="center"/>
            </w:pPr>
            <w:r>
              <w:rPr>
                <w:rFonts w:cs="DejaVu Sans"/>
                <w:b/>
                <w:color w:val="082A5C"/>
                <w:sz w:val="19"/>
              </w:rPr>
              <w:t>computer</w:t>
            </w:r>
          </w:p>
        </w:tc>
        <w:tc>
          <w:tcPr>
            <w:tcW w:w="2664" w:type="dxa"/>
            <w:shd w:val="clear" w:color="auto" w:fill="EEF7F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73064" w:rsidRDefault="00000000">
            <w:pPr>
              <w:jc w:val="center"/>
            </w:pPr>
            <w:r>
              <w:rPr>
                <w:rFonts w:cs="DejaVu Sans"/>
                <w:b/>
                <w:color w:val="082A5C"/>
                <w:sz w:val="19"/>
              </w:rPr>
              <w:t>music</w:t>
            </w:r>
          </w:p>
        </w:tc>
      </w:tr>
      <w:tr w:rsidR="00A73064">
        <w:trPr>
          <w:jc w:val="center"/>
        </w:trPr>
        <w:tc>
          <w:tcPr>
            <w:tcW w:w="2664" w:type="dxa"/>
            <w:shd w:val="clear" w:color="auto" w:fill="FBFAFD"/>
            <w:tcMar>
              <w:top w:w="35" w:type="dxa"/>
              <w:left w:w="30" w:type="dxa"/>
              <w:bottom w:w="35" w:type="dxa"/>
              <w:right w:w="30" w:type="dxa"/>
            </w:tcMar>
          </w:tcPr>
          <w:p w:rsidR="00A73064" w:rsidRDefault="00000000">
            <w:pPr>
              <w:jc w:val="center"/>
            </w:pPr>
            <w:r>
              <w:rPr>
                <w:rFonts w:ascii="Charis SIL" w:eastAsia="Charis SIL" w:hAnsi="Charis SIL" w:cs="Charis SIL"/>
                <w:b/>
                <w:color w:val="5C4385"/>
                <w:sz w:val="22"/>
              </w:rPr>
              <w:t>/ˈtiːtʃə/</w:t>
            </w:r>
          </w:p>
        </w:tc>
        <w:tc>
          <w:tcPr>
            <w:tcW w:w="2664" w:type="dxa"/>
            <w:shd w:val="clear" w:color="auto" w:fill="FBFAFD"/>
            <w:tcMar>
              <w:top w:w="35" w:type="dxa"/>
              <w:left w:w="30" w:type="dxa"/>
              <w:bottom w:w="35" w:type="dxa"/>
              <w:right w:w="30" w:type="dxa"/>
            </w:tcMar>
          </w:tcPr>
          <w:p w:rsidR="00A73064" w:rsidRDefault="00000000">
            <w:pPr>
              <w:jc w:val="center"/>
            </w:pPr>
            <w:r>
              <w:rPr>
                <w:rFonts w:ascii="Charis SIL" w:eastAsia="Charis SIL" w:hAnsi="Charis SIL" w:cs="Charis SIL"/>
                <w:b/>
                <w:color w:val="5C4385"/>
                <w:sz w:val="22"/>
              </w:rPr>
              <w:t>/ˈstjuːdənt/</w:t>
            </w:r>
          </w:p>
        </w:tc>
        <w:tc>
          <w:tcPr>
            <w:tcW w:w="2664" w:type="dxa"/>
            <w:shd w:val="clear" w:color="auto" w:fill="FBFAFD"/>
            <w:tcMar>
              <w:top w:w="35" w:type="dxa"/>
              <w:left w:w="30" w:type="dxa"/>
              <w:bottom w:w="35" w:type="dxa"/>
              <w:right w:w="30" w:type="dxa"/>
            </w:tcMar>
          </w:tcPr>
          <w:p w:rsidR="00A73064" w:rsidRDefault="00000000">
            <w:pPr>
              <w:jc w:val="center"/>
            </w:pPr>
            <w:r>
              <w:rPr>
                <w:rFonts w:ascii="Charis SIL" w:eastAsia="Charis SIL" w:hAnsi="Charis SIL" w:cs="Charis SIL"/>
                <w:b/>
                <w:color w:val="5C4385"/>
                <w:sz w:val="22"/>
              </w:rPr>
              <w:t>/kəmˈpjuːtə/</w:t>
            </w:r>
          </w:p>
        </w:tc>
        <w:tc>
          <w:tcPr>
            <w:tcW w:w="2664" w:type="dxa"/>
            <w:shd w:val="clear" w:color="auto" w:fill="FBFAFD"/>
            <w:tcMar>
              <w:top w:w="35" w:type="dxa"/>
              <w:left w:w="30" w:type="dxa"/>
              <w:bottom w:w="35" w:type="dxa"/>
              <w:right w:w="30" w:type="dxa"/>
            </w:tcMar>
          </w:tcPr>
          <w:p w:rsidR="00A73064" w:rsidRDefault="00000000">
            <w:pPr>
              <w:jc w:val="center"/>
            </w:pPr>
            <w:r>
              <w:rPr>
                <w:rFonts w:ascii="Charis SIL" w:eastAsia="Charis SIL" w:hAnsi="Charis SIL" w:cs="Charis SIL"/>
                <w:b/>
                <w:color w:val="5C4385"/>
                <w:sz w:val="22"/>
              </w:rPr>
              <w:t>/ˈmjuːzɪk/</w:t>
            </w:r>
          </w:p>
        </w:tc>
      </w:tr>
    </w:tbl>
    <w:p w:rsidR="00A73064" w:rsidRPr="00A9154C" w:rsidRDefault="00000000" w:rsidP="00A9154C">
      <w:pPr>
        <w:spacing w:after="20" w:line="276" w:lineRule="auto"/>
        <w:rPr>
          <w:lang w:val="ru-RU"/>
        </w:rPr>
      </w:pPr>
      <w:r w:rsidRPr="00A9154C">
        <w:rPr>
          <w:rFonts w:cs="DejaVu Sans"/>
          <w:color w:val="3E3352"/>
          <w:sz w:val="17"/>
          <w:lang w:val="ru-RU"/>
        </w:rPr>
        <w:t>а) В каком слове ударение НЕ на первом слоге? __________________________</w:t>
      </w:r>
    </w:p>
    <w:p w:rsidR="00A73064" w:rsidRPr="00A9154C" w:rsidRDefault="00000000" w:rsidP="00A9154C">
      <w:pPr>
        <w:spacing w:after="20" w:line="276" w:lineRule="auto"/>
        <w:rPr>
          <w:lang w:val="ru-RU"/>
        </w:rPr>
      </w:pPr>
      <w:r w:rsidRPr="00A9154C">
        <w:rPr>
          <w:rFonts w:cs="DejaVu Sans"/>
          <w:color w:val="3E3352"/>
          <w:sz w:val="17"/>
          <w:lang w:val="ru-RU"/>
        </w:rPr>
        <w:t xml:space="preserve">б) Обведи знак долготы ː в словах </w:t>
      </w:r>
      <w:r>
        <w:rPr>
          <w:rFonts w:cs="DejaVu Sans"/>
          <w:color w:val="3E3352"/>
          <w:sz w:val="17"/>
        </w:rPr>
        <w:t>teacher</w:t>
      </w:r>
      <w:r w:rsidRPr="00A9154C">
        <w:rPr>
          <w:rFonts w:cs="DejaVu Sans"/>
          <w:color w:val="3E3352"/>
          <w:sz w:val="17"/>
          <w:lang w:val="ru-RU"/>
        </w:rPr>
        <w:t xml:space="preserve">, </w:t>
      </w:r>
      <w:r>
        <w:rPr>
          <w:rFonts w:cs="DejaVu Sans"/>
          <w:color w:val="3E3352"/>
          <w:sz w:val="17"/>
        </w:rPr>
        <w:t>student</w:t>
      </w:r>
      <w:r w:rsidRPr="00A9154C">
        <w:rPr>
          <w:rFonts w:cs="DejaVu Sans"/>
          <w:color w:val="3E3352"/>
          <w:sz w:val="17"/>
          <w:lang w:val="ru-RU"/>
        </w:rPr>
        <w:t xml:space="preserve"> и </w:t>
      </w:r>
      <w:r>
        <w:rPr>
          <w:rFonts w:cs="DejaVu Sans"/>
          <w:color w:val="3E3352"/>
          <w:sz w:val="17"/>
        </w:rPr>
        <w:t>music</w:t>
      </w:r>
      <w:r w:rsidRPr="00A9154C">
        <w:rPr>
          <w:rFonts w:cs="DejaVu Sans"/>
          <w:color w:val="3E3352"/>
          <w:sz w:val="17"/>
          <w:lang w:val="ru-RU"/>
        </w:rPr>
        <w:t>.</w:t>
      </w:r>
    </w:p>
    <w:p w:rsidR="00A73064" w:rsidRPr="00A9154C" w:rsidRDefault="00000000" w:rsidP="00A9154C">
      <w:pPr>
        <w:spacing w:after="20" w:line="276" w:lineRule="auto"/>
        <w:rPr>
          <w:lang w:val="ru-RU"/>
        </w:rPr>
      </w:pPr>
      <w:r w:rsidRPr="00A9154C">
        <w:rPr>
          <w:rFonts w:cs="DejaVu Sans"/>
          <w:color w:val="3E3352"/>
          <w:sz w:val="17"/>
          <w:lang w:val="ru-RU"/>
        </w:rPr>
        <w:t xml:space="preserve">в) Подчеркни звук /ə/ в словах </w:t>
      </w:r>
      <w:r>
        <w:rPr>
          <w:rFonts w:cs="DejaVu Sans"/>
          <w:color w:val="3E3352"/>
          <w:sz w:val="17"/>
        </w:rPr>
        <w:t>teacher</w:t>
      </w:r>
      <w:r w:rsidRPr="00A9154C">
        <w:rPr>
          <w:rFonts w:cs="DejaVu Sans"/>
          <w:color w:val="3E3352"/>
          <w:sz w:val="17"/>
          <w:lang w:val="ru-RU"/>
        </w:rPr>
        <w:t xml:space="preserve">, </w:t>
      </w:r>
      <w:r>
        <w:rPr>
          <w:rFonts w:cs="DejaVu Sans"/>
          <w:color w:val="3E3352"/>
          <w:sz w:val="17"/>
        </w:rPr>
        <w:t>student</w:t>
      </w:r>
      <w:r w:rsidRPr="00A9154C">
        <w:rPr>
          <w:rFonts w:cs="DejaVu Sans"/>
          <w:color w:val="3E3352"/>
          <w:sz w:val="17"/>
          <w:lang w:val="ru-RU"/>
        </w:rPr>
        <w:t xml:space="preserve"> и </w:t>
      </w:r>
      <w:r>
        <w:rPr>
          <w:rFonts w:cs="DejaVu Sans"/>
          <w:color w:val="3E3352"/>
          <w:sz w:val="17"/>
        </w:rPr>
        <w:t>computer</w:t>
      </w:r>
      <w:r w:rsidRPr="00A9154C">
        <w:rPr>
          <w:rFonts w:cs="DejaVu Sans"/>
          <w:color w:val="3E3352"/>
          <w:sz w:val="17"/>
          <w:lang w:val="ru-RU"/>
        </w:rPr>
        <w:t>.</w:t>
      </w:r>
    </w:p>
    <w:p w:rsidR="00A73064" w:rsidRDefault="00000000" w:rsidP="00A9154C">
      <w:pPr>
        <w:spacing w:after="20" w:line="276" w:lineRule="auto"/>
      </w:pPr>
      <w:r w:rsidRPr="00A9154C">
        <w:rPr>
          <w:rFonts w:cs="DejaVu Sans"/>
          <w:color w:val="3E3352"/>
          <w:sz w:val="17"/>
          <w:lang w:val="ru-RU"/>
        </w:rPr>
        <w:t xml:space="preserve">г) </w:t>
      </w:r>
      <w:r>
        <w:rPr>
          <w:rFonts w:cs="DejaVu Sans"/>
          <w:color w:val="3E3352"/>
          <w:sz w:val="17"/>
        </w:rPr>
        <w:t>Challenge</w:t>
      </w:r>
      <w:r w:rsidRPr="00A9154C">
        <w:rPr>
          <w:rFonts w:cs="DejaVu Sans"/>
          <w:color w:val="3E3352"/>
          <w:sz w:val="17"/>
          <w:lang w:val="ru-RU"/>
        </w:rPr>
        <w:t xml:space="preserve">: какой специальный знак из </w:t>
      </w:r>
      <w:r>
        <w:rPr>
          <w:rFonts w:cs="DejaVu Sans"/>
          <w:color w:val="3E3352"/>
          <w:sz w:val="17"/>
        </w:rPr>
        <w:t>Lesson</w:t>
      </w:r>
      <w:r w:rsidRPr="00A9154C">
        <w:rPr>
          <w:rFonts w:cs="DejaVu Sans"/>
          <w:color w:val="3E3352"/>
          <w:sz w:val="17"/>
          <w:lang w:val="ru-RU"/>
        </w:rPr>
        <w:t xml:space="preserve"> 3 есть в слове </w:t>
      </w:r>
      <w:r>
        <w:rPr>
          <w:rFonts w:cs="DejaVu Sans"/>
          <w:color w:val="3E3352"/>
          <w:sz w:val="17"/>
        </w:rPr>
        <w:t>teacher</w:t>
      </w:r>
      <w:r w:rsidRPr="00A9154C">
        <w:rPr>
          <w:rFonts w:cs="DejaVu Sans"/>
          <w:color w:val="3E3352"/>
          <w:sz w:val="17"/>
          <w:lang w:val="ru-RU"/>
        </w:rPr>
        <w:t xml:space="preserve">? </w:t>
      </w:r>
      <w:r>
        <w:rPr>
          <w:rFonts w:cs="DejaVu Sans"/>
          <w:color w:val="3E3352"/>
          <w:sz w:val="17"/>
        </w:rPr>
        <w:t>__________</w:t>
      </w:r>
    </w:p>
    <w:p w:rsidR="00A73064" w:rsidRDefault="00000000">
      <w:r>
        <w:rPr>
          <w:rFonts w:cs="DejaVu Sans"/>
          <w:b/>
          <w:sz w:val="19"/>
        </w:rPr>
        <w:t>2. Соедини знак и его значение.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9"/>
        <w:gridCol w:w="5329"/>
      </w:tblGrid>
      <w:tr w:rsidR="00A73064">
        <w:trPr>
          <w:jc w:val="center"/>
        </w:trPr>
        <w:tc>
          <w:tcPr>
            <w:tcW w:w="5329" w:type="dxa"/>
            <w:tcBorders>
              <w:bottom w:val="single" w:sz="4" w:space="0" w:color="DED6EB"/>
            </w:tcBorders>
            <w:shd w:val="clear" w:color="auto" w:fill="F8F5FC"/>
            <w:tcMar>
              <w:top w:w="28" w:type="dxa"/>
              <w:left w:w="55" w:type="dxa"/>
              <w:bottom w:w="28" w:type="dxa"/>
              <w:right w:w="55" w:type="dxa"/>
            </w:tcMar>
          </w:tcPr>
          <w:p w:rsidR="00A73064" w:rsidRDefault="00000000" w:rsidP="00A9154C">
            <w:pPr>
              <w:spacing w:line="276" w:lineRule="auto"/>
            </w:pPr>
            <w:r>
              <w:rPr>
                <w:rFonts w:ascii="Charis SIL" w:eastAsia="Charis SIL" w:hAnsi="Charis SIL" w:cs="Charis SIL"/>
                <w:b/>
                <w:color w:val="7353A6"/>
                <w:sz w:val="24"/>
              </w:rPr>
              <w:t>ˈ</w:t>
            </w:r>
            <w:r>
              <w:rPr>
                <w:rFonts w:cs="DejaVu Sans"/>
                <w:color w:val="3E3352"/>
                <w:sz w:val="17"/>
              </w:rPr>
              <w:t xml:space="preserve">   →   __________</w:t>
            </w:r>
          </w:p>
        </w:tc>
        <w:tc>
          <w:tcPr>
            <w:tcW w:w="5329" w:type="dxa"/>
            <w:tcBorders>
              <w:bottom w:val="single" w:sz="4" w:space="0" w:color="DED6EB"/>
            </w:tcBorders>
            <w:shd w:val="clear" w:color="auto" w:fill="F8F5FC"/>
            <w:tcMar>
              <w:top w:w="28" w:type="dxa"/>
              <w:left w:w="55" w:type="dxa"/>
              <w:bottom w:w="28" w:type="dxa"/>
              <w:right w:w="55" w:type="dxa"/>
            </w:tcMar>
          </w:tcPr>
          <w:p w:rsidR="00A73064" w:rsidRDefault="00000000" w:rsidP="00A9154C">
            <w:pPr>
              <w:spacing w:line="276" w:lineRule="auto"/>
            </w:pPr>
            <w:r>
              <w:rPr>
                <w:rFonts w:ascii="Charis SIL" w:eastAsia="Charis SIL" w:hAnsi="Charis SIL" w:cs="Charis SIL"/>
                <w:b/>
                <w:color w:val="7353A6"/>
                <w:sz w:val="24"/>
              </w:rPr>
              <w:t>ː</w:t>
            </w:r>
            <w:r>
              <w:rPr>
                <w:rFonts w:cs="DejaVu Sans"/>
                <w:color w:val="3E3352"/>
                <w:sz w:val="17"/>
              </w:rPr>
              <w:t xml:space="preserve">   →   __________</w:t>
            </w:r>
          </w:p>
        </w:tc>
      </w:tr>
      <w:tr w:rsidR="00A73064">
        <w:trPr>
          <w:jc w:val="center"/>
        </w:trPr>
        <w:tc>
          <w:tcPr>
            <w:tcW w:w="5329" w:type="dxa"/>
            <w:tcBorders>
              <w:bottom w:val="single" w:sz="4" w:space="0" w:color="DED6EB"/>
            </w:tcBorders>
            <w:shd w:val="clear" w:color="auto" w:fill="F8F5FC"/>
            <w:tcMar>
              <w:top w:w="28" w:type="dxa"/>
              <w:left w:w="55" w:type="dxa"/>
              <w:bottom w:w="28" w:type="dxa"/>
              <w:right w:w="55" w:type="dxa"/>
            </w:tcMar>
          </w:tcPr>
          <w:p w:rsidR="00A73064" w:rsidRDefault="00000000" w:rsidP="00A9154C">
            <w:pPr>
              <w:spacing w:line="276" w:lineRule="auto"/>
            </w:pPr>
            <w:r>
              <w:rPr>
                <w:rFonts w:ascii="Charis SIL" w:eastAsia="Charis SIL" w:hAnsi="Charis SIL" w:cs="Charis SIL"/>
                <w:b/>
                <w:color w:val="7353A6"/>
                <w:sz w:val="24"/>
              </w:rPr>
              <w:t>/ /</w:t>
            </w:r>
            <w:r>
              <w:rPr>
                <w:rFonts w:cs="DejaVu Sans"/>
                <w:color w:val="3E3352"/>
                <w:sz w:val="17"/>
              </w:rPr>
              <w:t xml:space="preserve">   →   __________</w:t>
            </w:r>
          </w:p>
        </w:tc>
        <w:tc>
          <w:tcPr>
            <w:tcW w:w="5329" w:type="dxa"/>
            <w:tcBorders>
              <w:bottom w:val="single" w:sz="4" w:space="0" w:color="DED6EB"/>
            </w:tcBorders>
            <w:shd w:val="clear" w:color="auto" w:fill="F8F5FC"/>
            <w:tcMar>
              <w:top w:w="28" w:type="dxa"/>
              <w:left w:w="55" w:type="dxa"/>
              <w:bottom w:w="28" w:type="dxa"/>
              <w:right w:w="55" w:type="dxa"/>
            </w:tcMar>
          </w:tcPr>
          <w:p w:rsidR="00A73064" w:rsidRDefault="00000000" w:rsidP="00A9154C">
            <w:pPr>
              <w:spacing w:line="276" w:lineRule="auto"/>
            </w:pPr>
            <w:r>
              <w:rPr>
                <w:rFonts w:ascii="Charis SIL" w:eastAsia="Charis SIL" w:hAnsi="Charis SIL" w:cs="Charis SIL"/>
                <w:b/>
                <w:color w:val="7353A6"/>
                <w:sz w:val="24"/>
              </w:rPr>
              <w:t>/ə/</w:t>
            </w:r>
            <w:r>
              <w:rPr>
                <w:rFonts w:cs="DejaVu Sans"/>
                <w:color w:val="3E3352"/>
                <w:sz w:val="17"/>
              </w:rPr>
              <w:t xml:space="preserve">   →   __________</w:t>
            </w:r>
          </w:p>
        </w:tc>
      </w:tr>
    </w:tbl>
    <w:p w:rsidR="00A73064" w:rsidRPr="00A9154C" w:rsidRDefault="00000000" w:rsidP="00A9154C">
      <w:pPr>
        <w:spacing w:after="20" w:line="276" w:lineRule="auto"/>
        <w:rPr>
          <w:lang w:val="ru-RU"/>
        </w:rPr>
      </w:pPr>
      <w:r>
        <w:rPr>
          <w:rFonts w:cs="DejaVu Sans"/>
          <w:color w:val="3E3352"/>
          <w:sz w:val="16"/>
        </w:rPr>
        <w:t>A</w:t>
      </w:r>
      <w:r w:rsidRPr="00A9154C">
        <w:rPr>
          <w:rFonts w:cs="DejaVu Sans"/>
          <w:color w:val="3E3352"/>
          <w:sz w:val="16"/>
          <w:lang w:val="ru-RU"/>
        </w:rPr>
        <w:t xml:space="preserve">  слабый безударный звук     </w:t>
      </w:r>
      <w:r>
        <w:rPr>
          <w:rFonts w:cs="DejaVu Sans"/>
          <w:color w:val="3E3352"/>
          <w:sz w:val="16"/>
        </w:rPr>
        <w:t>B</w:t>
      </w:r>
      <w:r w:rsidRPr="00A9154C">
        <w:rPr>
          <w:rFonts w:cs="DejaVu Sans"/>
          <w:color w:val="3E3352"/>
          <w:sz w:val="16"/>
          <w:lang w:val="ru-RU"/>
        </w:rPr>
        <w:t xml:space="preserve">  запись произношения     </w:t>
      </w:r>
      <w:r>
        <w:rPr>
          <w:rFonts w:cs="DejaVu Sans"/>
          <w:color w:val="3E3352"/>
          <w:sz w:val="16"/>
        </w:rPr>
        <w:t>C</w:t>
      </w:r>
      <w:r w:rsidRPr="00A9154C">
        <w:rPr>
          <w:rFonts w:cs="DejaVu Sans"/>
          <w:color w:val="3E3352"/>
          <w:sz w:val="16"/>
          <w:lang w:val="ru-RU"/>
        </w:rPr>
        <w:t xml:space="preserve">  знак долготы     </w:t>
      </w:r>
      <w:r>
        <w:rPr>
          <w:rFonts w:cs="DejaVu Sans"/>
          <w:color w:val="3E3352"/>
          <w:sz w:val="16"/>
        </w:rPr>
        <w:t>D</w:t>
      </w:r>
      <w:r w:rsidRPr="00A9154C">
        <w:rPr>
          <w:rFonts w:cs="DejaVu Sans"/>
          <w:color w:val="3E3352"/>
          <w:sz w:val="16"/>
          <w:lang w:val="ru-RU"/>
        </w:rPr>
        <w:t xml:space="preserve">  знак ударения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9"/>
        <w:gridCol w:w="5329"/>
      </w:tblGrid>
      <w:tr w:rsidR="00A73064">
        <w:tc>
          <w:tcPr>
            <w:tcW w:w="5329" w:type="dxa"/>
            <w:tcBorders>
              <w:top w:val="single" w:sz="8" w:space="0" w:color="3A9D68"/>
              <w:left w:val="single" w:sz="8" w:space="0" w:color="3A9D68"/>
              <w:bottom w:val="single" w:sz="8" w:space="0" w:color="3A9D68"/>
              <w:right w:val="single" w:sz="8" w:space="0" w:color="3A9D68"/>
            </w:tcBorders>
            <w:shd w:val="clear" w:color="auto" w:fill="3A9D68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A73064" w:rsidRDefault="00000000">
            <w:pPr>
              <w:jc w:val="center"/>
            </w:pPr>
            <w:r>
              <w:rPr>
                <w:rFonts w:cs="DejaVu Sans"/>
                <w:b/>
                <w:color w:val="FFFFFF"/>
                <w:sz w:val="27"/>
              </w:rPr>
              <w:t>G</w:t>
            </w:r>
          </w:p>
        </w:tc>
        <w:tc>
          <w:tcPr>
            <w:tcW w:w="5329" w:type="dxa"/>
            <w:tcBorders>
              <w:top w:val="single" w:sz="8" w:space="0" w:color="3A9D68"/>
              <w:left w:val="single" w:sz="8" w:space="0" w:color="3A9D68"/>
              <w:bottom w:val="single" w:sz="8" w:space="0" w:color="3A9D68"/>
              <w:right w:val="single" w:sz="8" w:space="0" w:color="3A9D68"/>
            </w:tcBorders>
            <w:shd w:val="clear" w:color="auto" w:fill="EAF6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A73064" w:rsidRDefault="00000000">
            <w:r>
              <w:rPr>
                <w:rFonts w:cs="DejaVu Sans"/>
                <w:b/>
                <w:color w:val="082A5C"/>
                <w:sz w:val="25"/>
              </w:rPr>
              <w:t>SPEAKING CHECK</w:t>
            </w:r>
            <w:r>
              <w:rPr>
                <w:rFonts w:cs="DejaVu Sans"/>
                <w:i/>
                <w:color w:val="4F6D7A"/>
                <w:sz w:val="19"/>
              </w:rPr>
              <w:t xml:space="preserve">  Say — do not write</w:t>
            </w:r>
          </w:p>
        </w:tc>
      </w:tr>
    </w:tbl>
    <w:p w:rsidR="00A73064" w:rsidRDefault="00A9154C">
      <w:r>
        <w:rPr>
          <w:rFonts w:cs="DejaVu Sans"/>
          <w:b/>
          <w:sz w:val="19"/>
          <w:lang w:val="ru-RU"/>
        </w:rPr>
        <w:t>Выбери 4 вопроса</w:t>
      </w:r>
      <w:r w:rsidR="00000000" w:rsidRPr="00A9154C">
        <w:rPr>
          <w:rFonts w:cs="DejaVu Sans"/>
          <w:b/>
          <w:sz w:val="19"/>
          <w:lang w:val="ru-RU"/>
        </w:rPr>
        <w:t xml:space="preserve">. </w:t>
      </w:r>
      <w:r>
        <w:rPr>
          <w:rFonts w:cs="DejaVu Sans"/>
          <w:b/>
          <w:sz w:val="19"/>
          <w:lang w:val="ru-RU"/>
        </w:rPr>
        <w:t>Отвечай полным предложением</w:t>
      </w:r>
      <w:r w:rsidR="00000000" w:rsidRPr="00A9154C">
        <w:rPr>
          <w:rFonts w:cs="DejaVu Sans"/>
          <w:b/>
          <w:sz w:val="19"/>
          <w:lang w:val="ru-RU"/>
        </w:rPr>
        <w:t xml:space="preserve">. </w:t>
      </w:r>
      <w:r>
        <w:rPr>
          <w:rFonts w:cs="DejaVu Sans"/>
          <w:b/>
          <w:sz w:val="19"/>
          <w:lang w:val="ru-RU"/>
        </w:rPr>
        <w:t>Задай 1 вопрос партнёру</w:t>
      </w:r>
      <w:r w:rsidR="00000000">
        <w:rPr>
          <w:rFonts w:cs="DejaVu Sans"/>
          <w:b/>
          <w:sz w:val="19"/>
        </w:rPr>
        <w:t>.</w:t>
      </w:r>
    </w:p>
    <w:p w:rsidR="00A73064" w:rsidRDefault="00000000" w:rsidP="00A9154C">
      <w:pPr>
        <w:spacing w:after="60" w:line="276" w:lineRule="auto"/>
      </w:pPr>
      <w:r>
        <w:rPr>
          <w:rFonts w:cs="DejaVu Sans"/>
          <w:sz w:val="17"/>
        </w:rPr>
        <w:t>What’s your name?   •   How old are you?   •   What’s your favourite school subject?   •   Have you got a pet?   •   What can you do well?   •   What do you like?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9"/>
        <w:gridCol w:w="5329"/>
      </w:tblGrid>
      <w:tr w:rsidR="00A73064">
        <w:tc>
          <w:tcPr>
            <w:tcW w:w="5329" w:type="dxa"/>
            <w:tcBorders>
              <w:top w:val="single" w:sz="8" w:space="0" w:color="D28B1B"/>
              <w:left w:val="single" w:sz="8" w:space="0" w:color="D28B1B"/>
              <w:bottom w:val="single" w:sz="8" w:space="0" w:color="D28B1B"/>
              <w:right w:val="single" w:sz="8" w:space="0" w:color="D28B1B"/>
            </w:tcBorders>
            <w:shd w:val="clear" w:color="auto" w:fill="D28B1B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A73064" w:rsidRDefault="00000000">
            <w:pPr>
              <w:jc w:val="center"/>
            </w:pPr>
            <w:r>
              <w:rPr>
                <w:rFonts w:cs="DejaVu Sans"/>
                <w:b/>
                <w:color w:val="FFFFFF"/>
                <w:sz w:val="27"/>
              </w:rPr>
              <w:t>H</w:t>
            </w:r>
          </w:p>
        </w:tc>
        <w:tc>
          <w:tcPr>
            <w:tcW w:w="5329" w:type="dxa"/>
            <w:tcBorders>
              <w:top w:val="single" w:sz="8" w:space="0" w:color="D28B1B"/>
              <w:left w:val="single" w:sz="8" w:space="0" w:color="D28B1B"/>
              <w:bottom w:val="single" w:sz="8" w:space="0" w:color="D28B1B"/>
              <w:right w:val="single" w:sz="8" w:space="0" w:color="D28B1B"/>
            </w:tcBorders>
            <w:shd w:val="clear" w:color="auto" w:fill="EAF6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A73064" w:rsidRDefault="00000000">
            <w:r>
              <w:rPr>
                <w:rFonts w:cs="DejaVu Sans"/>
                <w:b/>
                <w:color w:val="082A5C"/>
                <w:sz w:val="25"/>
              </w:rPr>
              <w:t>MINI WRITING CHECK</w:t>
            </w:r>
            <w:r>
              <w:rPr>
                <w:rFonts w:cs="DejaVu Sans"/>
                <w:i/>
                <w:color w:val="4F6D7A"/>
                <w:sz w:val="19"/>
              </w:rPr>
              <w:t xml:space="preserve">  Write about you</w:t>
            </w:r>
          </w:p>
        </w:tc>
      </w:tr>
    </w:tbl>
    <w:p w:rsidR="00A73064" w:rsidRPr="00A9154C" w:rsidRDefault="00A9154C">
      <w:pPr>
        <w:rPr>
          <w:lang w:val="ru-RU"/>
        </w:rPr>
      </w:pPr>
      <w:r>
        <w:rPr>
          <w:rFonts w:cs="DejaVu Sans"/>
          <w:b/>
          <w:sz w:val="19"/>
          <w:lang w:val="ru-RU"/>
        </w:rPr>
        <w:t>Закончи предложения</w:t>
      </w:r>
      <w:r w:rsidR="00000000" w:rsidRPr="00A9154C">
        <w:rPr>
          <w:rFonts w:cs="DejaVu Sans"/>
          <w:b/>
          <w:sz w:val="19"/>
          <w:lang w:val="ru-RU"/>
        </w:rPr>
        <w:t xml:space="preserve">. </w:t>
      </w:r>
      <w:r>
        <w:rPr>
          <w:rFonts w:cs="DejaVu Sans"/>
          <w:b/>
          <w:sz w:val="19"/>
          <w:lang w:val="ru-RU"/>
        </w:rPr>
        <w:t>Проверь заглавные буквы и точки</w:t>
      </w:r>
      <w:r w:rsidR="00000000" w:rsidRPr="00A9154C">
        <w:rPr>
          <w:rFonts w:cs="DejaVu Sans"/>
          <w:b/>
          <w:sz w:val="19"/>
          <w:lang w:val="ru-RU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839"/>
        <w:gridCol w:w="2408"/>
        <w:gridCol w:w="3549"/>
        <w:gridCol w:w="1901"/>
        <w:gridCol w:w="91"/>
      </w:tblGrid>
      <w:tr w:rsidR="00A73064" w:rsidTr="00A9154C">
        <w:trPr>
          <w:jc w:val="center"/>
        </w:trPr>
        <w:tc>
          <w:tcPr>
            <w:tcW w:w="5000" w:type="pct"/>
            <w:gridSpan w:val="5"/>
            <w:tcBorders>
              <w:bottom w:val="single" w:sz="4" w:space="0" w:color="E9E2D4"/>
            </w:tcBorders>
            <w:tcMar>
              <w:top w:w="38" w:type="dxa"/>
              <w:left w:w="65" w:type="dxa"/>
              <w:bottom w:w="38" w:type="dxa"/>
              <w:right w:w="65" w:type="dxa"/>
            </w:tcMar>
          </w:tcPr>
          <w:p w:rsidR="00A73064" w:rsidRDefault="00000000" w:rsidP="00A9154C">
            <w:pPr>
              <w:spacing w:line="276" w:lineRule="auto"/>
            </w:pPr>
            <w:r>
              <w:rPr>
                <w:rFonts w:cs="DejaVu Sans"/>
                <w:sz w:val="17"/>
              </w:rPr>
              <w:t>My name is ____________________________________________________________.</w:t>
            </w:r>
          </w:p>
        </w:tc>
      </w:tr>
      <w:tr w:rsidR="00A73064" w:rsidTr="00A9154C">
        <w:trPr>
          <w:jc w:val="center"/>
        </w:trPr>
        <w:tc>
          <w:tcPr>
            <w:tcW w:w="5000" w:type="pct"/>
            <w:gridSpan w:val="5"/>
            <w:tcBorders>
              <w:bottom w:val="single" w:sz="4" w:space="0" w:color="E9E2D4"/>
            </w:tcBorders>
            <w:tcMar>
              <w:top w:w="38" w:type="dxa"/>
              <w:left w:w="65" w:type="dxa"/>
              <w:bottom w:w="38" w:type="dxa"/>
              <w:right w:w="65" w:type="dxa"/>
            </w:tcMar>
          </w:tcPr>
          <w:p w:rsidR="00A73064" w:rsidRDefault="00000000" w:rsidP="00A9154C">
            <w:pPr>
              <w:spacing w:line="276" w:lineRule="auto"/>
            </w:pPr>
            <w:r>
              <w:rPr>
                <w:rFonts w:cs="DejaVu Sans"/>
                <w:sz w:val="17"/>
              </w:rPr>
              <w:t>I am __________________ years old.</w:t>
            </w:r>
          </w:p>
        </w:tc>
      </w:tr>
      <w:tr w:rsidR="00A73064" w:rsidTr="00A9154C">
        <w:trPr>
          <w:jc w:val="center"/>
        </w:trPr>
        <w:tc>
          <w:tcPr>
            <w:tcW w:w="5000" w:type="pct"/>
            <w:gridSpan w:val="5"/>
            <w:tcBorders>
              <w:bottom w:val="single" w:sz="4" w:space="0" w:color="E9E2D4"/>
            </w:tcBorders>
            <w:tcMar>
              <w:top w:w="38" w:type="dxa"/>
              <w:left w:w="65" w:type="dxa"/>
              <w:bottom w:w="38" w:type="dxa"/>
              <w:right w:w="65" w:type="dxa"/>
            </w:tcMar>
          </w:tcPr>
          <w:p w:rsidR="00A73064" w:rsidRDefault="00000000" w:rsidP="00A9154C">
            <w:pPr>
              <w:spacing w:line="276" w:lineRule="auto"/>
            </w:pPr>
            <w:r>
              <w:rPr>
                <w:rFonts w:cs="DejaVu Sans"/>
                <w:sz w:val="17"/>
              </w:rPr>
              <w:t>I like ________________________________________________________________.</w:t>
            </w:r>
          </w:p>
        </w:tc>
      </w:tr>
      <w:tr w:rsidR="00A73064" w:rsidTr="00A9154C">
        <w:trPr>
          <w:jc w:val="center"/>
        </w:trPr>
        <w:tc>
          <w:tcPr>
            <w:tcW w:w="5000" w:type="pct"/>
            <w:gridSpan w:val="5"/>
            <w:tcBorders>
              <w:bottom w:val="single" w:sz="4" w:space="0" w:color="E9E2D4"/>
            </w:tcBorders>
            <w:tcMar>
              <w:top w:w="38" w:type="dxa"/>
              <w:left w:w="65" w:type="dxa"/>
              <w:bottom w:w="38" w:type="dxa"/>
              <w:right w:w="65" w:type="dxa"/>
            </w:tcMar>
          </w:tcPr>
          <w:p w:rsidR="00A73064" w:rsidRDefault="00000000" w:rsidP="00A9154C">
            <w:pPr>
              <w:spacing w:line="276" w:lineRule="auto"/>
            </w:pPr>
            <w:r>
              <w:rPr>
                <w:rFonts w:cs="DejaVu Sans"/>
                <w:sz w:val="17"/>
              </w:rPr>
              <w:t>I can ________________________________________________________________.</w:t>
            </w:r>
          </w:p>
        </w:tc>
      </w:tr>
      <w:tr w:rsidR="00A73064" w:rsidTr="00A9154C">
        <w:trPr>
          <w:jc w:val="center"/>
        </w:trPr>
        <w:tc>
          <w:tcPr>
            <w:tcW w:w="5000" w:type="pct"/>
            <w:gridSpan w:val="5"/>
            <w:tcBorders>
              <w:bottom w:val="single" w:sz="4" w:space="0" w:color="E9E2D4"/>
            </w:tcBorders>
            <w:tcMar>
              <w:top w:w="38" w:type="dxa"/>
              <w:left w:w="65" w:type="dxa"/>
              <w:bottom w:w="38" w:type="dxa"/>
              <w:right w:w="65" w:type="dxa"/>
            </w:tcMar>
          </w:tcPr>
          <w:p w:rsidR="00A73064" w:rsidRDefault="00000000" w:rsidP="00A9154C">
            <w:pPr>
              <w:spacing w:line="276" w:lineRule="auto"/>
            </w:pPr>
            <w:r>
              <w:rPr>
                <w:rFonts w:cs="DejaVu Sans"/>
                <w:sz w:val="17"/>
              </w:rPr>
              <w:t>Challenge: I have got / My favourite ____________________________________.</w:t>
            </w:r>
          </w:p>
        </w:tc>
      </w:tr>
      <w:tr w:rsidR="00A73064" w:rsidTr="00A9154C">
        <w:tblPrEx>
          <w:jc w:val="left"/>
        </w:tblPrEx>
        <w:trPr>
          <w:gridAfter w:val="1"/>
          <w:wAfter w:w="42" w:type="pct"/>
        </w:trPr>
        <w:tc>
          <w:tcPr>
            <w:tcW w:w="1316" w:type="pct"/>
            <w:tcBorders>
              <w:top w:val="single" w:sz="8" w:space="0" w:color="0E8795"/>
              <w:left w:val="single" w:sz="8" w:space="0" w:color="0E8795"/>
              <w:bottom w:val="single" w:sz="8" w:space="0" w:color="0E8795"/>
              <w:right w:val="single" w:sz="8" w:space="0" w:color="0E8795"/>
            </w:tcBorders>
            <w:shd w:val="clear" w:color="auto" w:fill="0E8795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A73064" w:rsidRDefault="00000000">
            <w:pPr>
              <w:jc w:val="center"/>
            </w:pPr>
            <w:r>
              <w:rPr>
                <w:rFonts w:cs="DejaVu Sans"/>
                <w:b/>
                <w:color w:val="FFFFFF"/>
                <w:sz w:val="27"/>
              </w:rPr>
              <w:t>I</w:t>
            </w:r>
          </w:p>
        </w:tc>
        <w:tc>
          <w:tcPr>
            <w:tcW w:w="3642" w:type="pct"/>
            <w:gridSpan w:val="3"/>
            <w:tcBorders>
              <w:top w:val="single" w:sz="8" w:space="0" w:color="0E8795"/>
              <w:left w:val="single" w:sz="8" w:space="0" w:color="0E8795"/>
              <w:bottom w:val="single" w:sz="8" w:space="0" w:color="0E8795"/>
              <w:right w:val="single" w:sz="8" w:space="0" w:color="0E8795"/>
            </w:tcBorders>
            <w:shd w:val="clear" w:color="auto" w:fill="EAF6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:rsidR="00A73064" w:rsidRDefault="00000000">
            <w:r>
              <w:rPr>
                <w:rFonts w:cs="DejaVu Sans"/>
                <w:b/>
                <w:color w:val="082A5C"/>
                <w:sz w:val="25"/>
              </w:rPr>
              <w:t>MY ENGLISH STARTING POINT</w:t>
            </w:r>
            <w:r>
              <w:rPr>
                <w:rFonts w:cs="DejaVu Sans"/>
                <w:i/>
                <w:color w:val="4F6D7A"/>
                <w:sz w:val="19"/>
              </w:rPr>
              <w:t xml:space="preserve">  Tick one box in each row</w:t>
            </w:r>
          </w:p>
        </w:tc>
      </w:tr>
      <w:tr w:rsidR="00A73064" w:rsidTr="00A9154C">
        <w:trPr>
          <w:jc w:val="center"/>
        </w:trPr>
        <w:tc>
          <w:tcPr>
            <w:tcW w:w="1316" w:type="pct"/>
            <w:shd w:val="clear" w:color="auto" w:fill="DDEFF2"/>
            <w:tcMar>
              <w:top w:w="22" w:type="dxa"/>
              <w:left w:w="30" w:type="dxa"/>
              <w:bottom w:w="22" w:type="dxa"/>
              <w:right w:w="30" w:type="dxa"/>
            </w:tcMar>
          </w:tcPr>
          <w:p w:rsidR="00A73064" w:rsidRDefault="00000000">
            <w:pPr>
              <w:jc w:val="center"/>
            </w:pPr>
            <w:r>
              <w:rPr>
                <w:rFonts w:cs="DejaVu Sans"/>
                <w:b/>
                <w:color w:val="082A5C"/>
                <w:sz w:val="15"/>
              </w:rPr>
              <w:t>Skill</w:t>
            </w:r>
          </w:p>
        </w:tc>
        <w:tc>
          <w:tcPr>
            <w:tcW w:w="1116" w:type="pct"/>
            <w:shd w:val="clear" w:color="auto" w:fill="EEF7F8"/>
            <w:tcMar>
              <w:top w:w="22" w:type="dxa"/>
              <w:left w:w="30" w:type="dxa"/>
              <w:bottom w:w="22" w:type="dxa"/>
              <w:right w:w="30" w:type="dxa"/>
            </w:tcMar>
          </w:tcPr>
          <w:p w:rsidR="00A73064" w:rsidRDefault="00000000">
            <w:pPr>
              <w:jc w:val="center"/>
            </w:pPr>
            <w:r>
              <w:rPr>
                <w:rFonts w:cs="DejaVu Sans"/>
                <w:b/>
                <w:color w:val="082A5C"/>
                <w:sz w:val="15"/>
              </w:rPr>
              <w:t>I can do it</w:t>
            </w:r>
          </w:p>
        </w:tc>
        <w:tc>
          <w:tcPr>
            <w:tcW w:w="1645" w:type="pct"/>
            <w:shd w:val="clear" w:color="auto" w:fill="EEF7F8"/>
            <w:tcMar>
              <w:top w:w="22" w:type="dxa"/>
              <w:left w:w="30" w:type="dxa"/>
              <w:bottom w:w="22" w:type="dxa"/>
              <w:right w:w="30" w:type="dxa"/>
            </w:tcMar>
          </w:tcPr>
          <w:p w:rsidR="00A73064" w:rsidRDefault="00000000">
            <w:pPr>
              <w:jc w:val="center"/>
            </w:pPr>
            <w:r>
              <w:rPr>
                <w:rFonts w:cs="DejaVu Sans"/>
                <w:b/>
                <w:color w:val="082A5C"/>
                <w:sz w:val="15"/>
              </w:rPr>
              <w:t>With some help</w:t>
            </w:r>
          </w:p>
        </w:tc>
        <w:tc>
          <w:tcPr>
            <w:tcW w:w="923" w:type="pct"/>
            <w:gridSpan w:val="2"/>
            <w:shd w:val="clear" w:color="auto" w:fill="EEF7F8"/>
            <w:tcMar>
              <w:top w:w="22" w:type="dxa"/>
              <w:left w:w="30" w:type="dxa"/>
              <w:bottom w:w="22" w:type="dxa"/>
              <w:right w:w="30" w:type="dxa"/>
            </w:tcMar>
          </w:tcPr>
          <w:p w:rsidR="00A73064" w:rsidRDefault="00000000">
            <w:pPr>
              <w:jc w:val="center"/>
            </w:pPr>
            <w:r>
              <w:rPr>
                <w:rFonts w:cs="DejaVu Sans"/>
                <w:b/>
                <w:color w:val="082A5C"/>
                <w:sz w:val="15"/>
              </w:rPr>
              <w:t>I want to practise</w:t>
            </w:r>
          </w:p>
        </w:tc>
      </w:tr>
      <w:tr w:rsidR="00A73064" w:rsidTr="00A9154C">
        <w:trPr>
          <w:jc w:val="center"/>
        </w:trPr>
        <w:tc>
          <w:tcPr>
            <w:tcW w:w="1316" w:type="pct"/>
            <w:shd w:val="clear" w:color="auto" w:fill="F7FAFB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A73064" w:rsidRDefault="00000000">
            <w:r>
              <w:rPr>
                <w:rFonts w:cs="DejaVu Sans"/>
                <w:b/>
                <w:color w:val="35556B"/>
                <w:sz w:val="16"/>
              </w:rPr>
              <w:t>Reading</w:t>
            </w:r>
          </w:p>
        </w:tc>
        <w:tc>
          <w:tcPr>
            <w:tcW w:w="1116" w:type="pct"/>
            <w:tcMar>
              <w:top w:w="18" w:type="dxa"/>
              <w:left w:w="30" w:type="dxa"/>
              <w:bottom w:w="18" w:type="dxa"/>
              <w:right w:w="30" w:type="dxa"/>
            </w:tcMar>
          </w:tcPr>
          <w:p w:rsidR="00A73064" w:rsidRDefault="00000000">
            <w:pPr>
              <w:jc w:val="center"/>
            </w:pPr>
            <w:r>
              <w:rPr>
                <w:rFonts w:cs="DejaVu Sans"/>
                <w:color w:val="0E8795"/>
                <w:sz w:val="23"/>
              </w:rPr>
              <w:t>□</w:t>
            </w:r>
          </w:p>
        </w:tc>
        <w:tc>
          <w:tcPr>
            <w:tcW w:w="1645" w:type="pct"/>
            <w:tcMar>
              <w:top w:w="18" w:type="dxa"/>
              <w:left w:w="30" w:type="dxa"/>
              <w:bottom w:w="18" w:type="dxa"/>
              <w:right w:w="30" w:type="dxa"/>
            </w:tcMar>
          </w:tcPr>
          <w:p w:rsidR="00A73064" w:rsidRDefault="00000000">
            <w:pPr>
              <w:jc w:val="center"/>
            </w:pPr>
            <w:r>
              <w:rPr>
                <w:rFonts w:cs="DejaVu Sans"/>
                <w:color w:val="0E8795"/>
                <w:sz w:val="23"/>
              </w:rPr>
              <w:t>□</w:t>
            </w:r>
          </w:p>
        </w:tc>
        <w:tc>
          <w:tcPr>
            <w:tcW w:w="923" w:type="pct"/>
            <w:gridSpan w:val="2"/>
            <w:tcMar>
              <w:top w:w="18" w:type="dxa"/>
              <w:left w:w="30" w:type="dxa"/>
              <w:bottom w:w="18" w:type="dxa"/>
              <w:right w:w="30" w:type="dxa"/>
            </w:tcMar>
          </w:tcPr>
          <w:p w:rsidR="00A73064" w:rsidRDefault="00000000">
            <w:pPr>
              <w:jc w:val="center"/>
            </w:pPr>
            <w:r>
              <w:rPr>
                <w:rFonts w:cs="DejaVu Sans"/>
                <w:color w:val="0E8795"/>
                <w:sz w:val="23"/>
              </w:rPr>
              <w:t>□</w:t>
            </w:r>
          </w:p>
        </w:tc>
      </w:tr>
      <w:tr w:rsidR="00A73064" w:rsidTr="00A9154C">
        <w:trPr>
          <w:jc w:val="center"/>
        </w:trPr>
        <w:tc>
          <w:tcPr>
            <w:tcW w:w="1316" w:type="pct"/>
            <w:shd w:val="clear" w:color="auto" w:fill="F7FAFB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A73064" w:rsidRDefault="00000000">
            <w:r>
              <w:rPr>
                <w:rFonts w:cs="DejaVu Sans"/>
                <w:b/>
                <w:color w:val="35556B"/>
                <w:sz w:val="16"/>
              </w:rPr>
              <w:t>Listening</w:t>
            </w:r>
          </w:p>
        </w:tc>
        <w:tc>
          <w:tcPr>
            <w:tcW w:w="1116" w:type="pct"/>
            <w:tcMar>
              <w:top w:w="18" w:type="dxa"/>
              <w:left w:w="30" w:type="dxa"/>
              <w:bottom w:w="18" w:type="dxa"/>
              <w:right w:w="30" w:type="dxa"/>
            </w:tcMar>
          </w:tcPr>
          <w:p w:rsidR="00A73064" w:rsidRDefault="00000000">
            <w:pPr>
              <w:jc w:val="center"/>
            </w:pPr>
            <w:r>
              <w:rPr>
                <w:rFonts w:cs="DejaVu Sans"/>
                <w:color w:val="0E8795"/>
                <w:sz w:val="23"/>
              </w:rPr>
              <w:t>□</w:t>
            </w:r>
          </w:p>
        </w:tc>
        <w:tc>
          <w:tcPr>
            <w:tcW w:w="1645" w:type="pct"/>
            <w:tcMar>
              <w:top w:w="18" w:type="dxa"/>
              <w:left w:w="30" w:type="dxa"/>
              <w:bottom w:w="18" w:type="dxa"/>
              <w:right w:w="30" w:type="dxa"/>
            </w:tcMar>
          </w:tcPr>
          <w:p w:rsidR="00A73064" w:rsidRDefault="00000000">
            <w:pPr>
              <w:jc w:val="center"/>
            </w:pPr>
            <w:r>
              <w:rPr>
                <w:rFonts w:cs="DejaVu Sans"/>
                <w:color w:val="0E8795"/>
                <w:sz w:val="23"/>
              </w:rPr>
              <w:t>□</w:t>
            </w:r>
          </w:p>
        </w:tc>
        <w:tc>
          <w:tcPr>
            <w:tcW w:w="923" w:type="pct"/>
            <w:gridSpan w:val="2"/>
            <w:tcMar>
              <w:top w:w="18" w:type="dxa"/>
              <w:left w:w="30" w:type="dxa"/>
              <w:bottom w:w="18" w:type="dxa"/>
              <w:right w:w="30" w:type="dxa"/>
            </w:tcMar>
          </w:tcPr>
          <w:p w:rsidR="00A73064" w:rsidRDefault="00000000">
            <w:pPr>
              <w:jc w:val="center"/>
            </w:pPr>
            <w:r>
              <w:rPr>
                <w:rFonts w:cs="DejaVu Sans"/>
                <w:color w:val="0E8795"/>
                <w:sz w:val="23"/>
              </w:rPr>
              <w:t>□</w:t>
            </w:r>
          </w:p>
        </w:tc>
      </w:tr>
      <w:tr w:rsidR="00A73064" w:rsidTr="00A9154C">
        <w:trPr>
          <w:jc w:val="center"/>
        </w:trPr>
        <w:tc>
          <w:tcPr>
            <w:tcW w:w="1316" w:type="pct"/>
            <w:shd w:val="clear" w:color="auto" w:fill="F7FAFB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A73064" w:rsidRDefault="00000000">
            <w:r>
              <w:rPr>
                <w:rFonts w:cs="DejaVu Sans"/>
                <w:b/>
                <w:color w:val="35556B"/>
                <w:sz w:val="16"/>
              </w:rPr>
              <w:t>Grammar</w:t>
            </w:r>
          </w:p>
        </w:tc>
        <w:tc>
          <w:tcPr>
            <w:tcW w:w="1116" w:type="pct"/>
            <w:tcMar>
              <w:top w:w="18" w:type="dxa"/>
              <w:left w:w="30" w:type="dxa"/>
              <w:bottom w:w="18" w:type="dxa"/>
              <w:right w:w="30" w:type="dxa"/>
            </w:tcMar>
          </w:tcPr>
          <w:p w:rsidR="00A73064" w:rsidRDefault="00000000">
            <w:pPr>
              <w:jc w:val="center"/>
            </w:pPr>
            <w:r>
              <w:rPr>
                <w:rFonts w:cs="DejaVu Sans"/>
                <w:color w:val="0E8795"/>
                <w:sz w:val="23"/>
              </w:rPr>
              <w:t>□</w:t>
            </w:r>
          </w:p>
        </w:tc>
        <w:tc>
          <w:tcPr>
            <w:tcW w:w="1645" w:type="pct"/>
            <w:tcMar>
              <w:top w:w="18" w:type="dxa"/>
              <w:left w:w="30" w:type="dxa"/>
              <w:bottom w:w="18" w:type="dxa"/>
              <w:right w:w="30" w:type="dxa"/>
            </w:tcMar>
          </w:tcPr>
          <w:p w:rsidR="00A73064" w:rsidRDefault="00000000">
            <w:pPr>
              <w:jc w:val="center"/>
            </w:pPr>
            <w:r>
              <w:rPr>
                <w:rFonts w:cs="DejaVu Sans"/>
                <w:color w:val="0E8795"/>
                <w:sz w:val="23"/>
              </w:rPr>
              <w:t>□</w:t>
            </w:r>
          </w:p>
        </w:tc>
        <w:tc>
          <w:tcPr>
            <w:tcW w:w="923" w:type="pct"/>
            <w:gridSpan w:val="2"/>
            <w:tcMar>
              <w:top w:w="18" w:type="dxa"/>
              <w:left w:w="30" w:type="dxa"/>
              <w:bottom w:w="18" w:type="dxa"/>
              <w:right w:w="30" w:type="dxa"/>
            </w:tcMar>
          </w:tcPr>
          <w:p w:rsidR="00A73064" w:rsidRDefault="00000000">
            <w:pPr>
              <w:jc w:val="center"/>
            </w:pPr>
            <w:r>
              <w:rPr>
                <w:rFonts w:cs="DejaVu Sans"/>
                <w:color w:val="0E8795"/>
                <w:sz w:val="23"/>
              </w:rPr>
              <w:t>□</w:t>
            </w:r>
          </w:p>
        </w:tc>
      </w:tr>
      <w:tr w:rsidR="00A73064" w:rsidTr="00A9154C">
        <w:trPr>
          <w:jc w:val="center"/>
        </w:trPr>
        <w:tc>
          <w:tcPr>
            <w:tcW w:w="1316" w:type="pct"/>
            <w:shd w:val="clear" w:color="auto" w:fill="F7FAFB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A73064" w:rsidRDefault="00000000">
            <w:r>
              <w:rPr>
                <w:rFonts w:cs="DejaVu Sans"/>
                <w:b/>
                <w:color w:val="35556B"/>
                <w:sz w:val="16"/>
              </w:rPr>
              <w:t>Sound / transcription</w:t>
            </w:r>
          </w:p>
        </w:tc>
        <w:tc>
          <w:tcPr>
            <w:tcW w:w="1116" w:type="pct"/>
            <w:tcMar>
              <w:top w:w="18" w:type="dxa"/>
              <w:left w:w="30" w:type="dxa"/>
              <w:bottom w:w="18" w:type="dxa"/>
              <w:right w:w="30" w:type="dxa"/>
            </w:tcMar>
          </w:tcPr>
          <w:p w:rsidR="00A73064" w:rsidRDefault="00000000">
            <w:pPr>
              <w:jc w:val="center"/>
            </w:pPr>
            <w:r>
              <w:rPr>
                <w:rFonts w:cs="DejaVu Sans"/>
                <w:color w:val="0E8795"/>
                <w:sz w:val="23"/>
              </w:rPr>
              <w:t>□</w:t>
            </w:r>
          </w:p>
        </w:tc>
        <w:tc>
          <w:tcPr>
            <w:tcW w:w="1645" w:type="pct"/>
            <w:tcMar>
              <w:top w:w="18" w:type="dxa"/>
              <w:left w:w="30" w:type="dxa"/>
              <w:bottom w:w="18" w:type="dxa"/>
              <w:right w:w="30" w:type="dxa"/>
            </w:tcMar>
          </w:tcPr>
          <w:p w:rsidR="00A73064" w:rsidRDefault="00000000">
            <w:pPr>
              <w:jc w:val="center"/>
            </w:pPr>
            <w:r>
              <w:rPr>
                <w:rFonts w:cs="DejaVu Sans"/>
                <w:color w:val="0E8795"/>
                <w:sz w:val="23"/>
              </w:rPr>
              <w:t>□</w:t>
            </w:r>
          </w:p>
        </w:tc>
        <w:tc>
          <w:tcPr>
            <w:tcW w:w="923" w:type="pct"/>
            <w:gridSpan w:val="2"/>
            <w:tcMar>
              <w:top w:w="18" w:type="dxa"/>
              <w:left w:w="30" w:type="dxa"/>
              <w:bottom w:w="18" w:type="dxa"/>
              <w:right w:w="30" w:type="dxa"/>
            </w:tcMar>
          </w:tcPr>
          <w:p w:rsidR="00A73064" w:rsidRDefault="00000000">
            <w:pPr>
              <w:jc w:val="center"/>
            </w:pPr>
            <w:r>
              <w:rPr>
                <w:rFonts w:cs="DejaVu Sans"/>
                <w:color w:val="0E8795"/>
                <w:sz w:val="23"/>
              </w:rPr>
              <w:t>□</w:t>
            </w:r>
          </w:p>
        </w:tc>
      </w:tr>
      <w:tr w:rsidR="00A73064" w:rsidTr="00A9154C">
        <w:trPr>
          <w:jc w:val="center"/>
        </w:trPr>
        <w:tc>
          <w:tcPr>
            <w:tcW w:w="1316" w:type="pct"/>
            <w:shd w:val="clear" w:color="auto" w:fill="F7FAFB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A73064" w:rsidRDefault="00000000">
            <w:r>
              <w:rPr>
                <w:rFonts w:cs="DejaVu Sans"/>
                <w:b/>
                <w:color w:val="35556B"/>
                <w:sz w:val="16"/>
              </w:rPr>
              <w:t>Speaking</w:t>
            </w:r>
          </w:p>
        </w:tc>
        <w:tc>
          <w:tcPr>
            <w:tcW w:w="1116" w:type="pct"/>
            <w:tcMar>
              <w:top w:w="18" w:type="dxa"/>
              <w:left w:w="30" w:type="dxa"/>
              <w:bottom w:w="18" w:type="dxa"/>
              <w:right w:w="30" w:type="dxa"/>
            </w:tcMar>
          </w:tcPr>
          <w:p w:rsidR="00A73064" w:rsidRDefault="00000000">
            <w:pPr>
              <w:jc w:val="center"/>
            </w:pPr>
            <w:r>
              <w:rPr>
                <w:rFonts w:cs="DejaVu Sans"/>
                <w:color w:val="0E8795"/>
                <w:sz w:val="23"/>
              </w:rPr>
              <w:t>□</w:t>
            </w:r>
          </w:p>
        </w:tc>
        <w:tc>
          <w:tcPr>
            <w:tcW w:w="1645" w:type="pct"/>
            <w:tcMar>
              <w:top w:w="18" w:type="dxa"/>
              <w:left w:w="30" w:type="dxa"/>
              <w:bottom w:w="18" w:type="dxa"/>
              <w:right w:w="30" w:type="dxa"/>
            </w:tcMar>
          </w:tcPr>
          <w:p w:rsidR="00A73064" w:rsidRDefault="00000000">
            <w:pPr>
              <w:jc w:val="center"/>
            </w:pPr>
            <w:r>
              <w:rPr>
                <w:rFonts w:cs="DejaVu Sans"/>
                <w:color w:val="0E8795"/>
                <w:sz w:val="23"/>
              </w:rPr>
              <w:t>□</w:t>
            </w:r>
          </w:p>
        </w:tc>
        <w:tc>
          <w:tcPr>
            <w:tcW w:w="923" w:type="pct"/>
            <w:gridSpan w:val="2"/>
            <w:tcMar>
              <w:top w:w="18" w:type="dxa"/>
              <w:left w:w="30" w:type="dxa"/>
              <w:bottom w:w="18" w:type="dxa"/>
              <w:right w:w="30" w:type="dxa"/>
            </w:tcMar>
          </w:tcPr>
          <w:p w:rsidR="00A73064" w:rsidRDefault="00000000">
            <w:pPr>
              <w:jc w:val="center"/>
            </w:pPr>
            <w:r>
              <w:rPr>
                <w:rFonts w:cs="DejaVu Sans"/>
                <w:color w:val="0E8795"/>
                <w:sz w:val="23"/>
              </w:rPr>
              <w:t>□</w:t>
            </w:r>
          </w:p>
        </w:tc>
      </w:tr>
      <w:tr w:rsidR="00A73064" w:rsidTr="00A9154C">
        <w:trPr>
          <w:jc w:val="center"/>
        </w:trPr>
        <w:tc>
          <w:tcPr>
            <w:tcW w:w="1316" w:type="pct"/>
            <w:shd w:val="clear" w:color="auto" w:fill="F7FAFB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A73064" w:rsidRDefault="00000000">
            <w:r>
              <w:rPr>
                <w:rFonts w:cs="DejaVu Sans"/>
                <w:b/>
                <w:color w:val="35556B"/>
                <w:sz w:val="16"/>
              </w:rPr>
              <w:t>Writing</w:t>
            </w:r>
          </w:p>
        </w:tc>
        <w:tc>
          <w:tcPr>
            <w:tcW w:w="1116" w:type="pct"/>
            <w:tcMar>
              <w:top w:w="18" w:type="dxa"/>
              <w:left w:w="30" w:type="dxa"/>
              <w:bottom w:w="18" w:type="dxa"/>
              <w:right w:w="30" w:type="dxa"/>
            </w:tcMar>
          </w:tcPr>
          <w:p w:rsidR="00A73064" w:rsidRDefault="00000000">
            <w:pPr>
              <w:jc w:val="center"/>
            </w:pPr>
            <w:r>
              <w:rPr>
                <w:rFonts w:cs="DejaVu Sans"/>
                <w:color w:val="0E8795"/>
                <w:sz w:val="23"/>
              </w:rPr>
              <w:t>□</w:t>
            </w:r>
          </w:p>
        </w:tc>
        <w:tc>
          <w:tcPr>
            <w:tcW w:w="1645" w:type="pct"/>
            <w:tcMar>
              <w:top w:w="18" w:type="dxa"/>
              <w:left w:w="30" w:type="dxa"/>
              <w:bottom w:w="18" w:type="dxa"/>
              <w:right w:w="30" w:type="dxa"/>
            </w:tcMar>
          </w:tcPr>
          <w:p w:rsidR="00A73064" w:rsidRDefault="00000000">
            <w:pPr>
              <w:jc w:val="center"/>
            </w:pPr>
            <w:r>
              <w:rPr>
                <w:rFonts w:cs="DejaVu Sans"/>
                <w:color w:val="0E8795"/>
                <w:sz w:val="23"/>
              </w:rPr>
              <w:t>□</w:t>
            </w:r>
          </w:p>
        </w:tc>
        <w:tc>
          <w:tcPr>
            <w:tcW w:w="923" w:type="pct"/>
            <w:gridSpan w:val="2"/>
            <w:tcMar>
              <w:top w:w="18" w:type="dxa"/>
              <w:left w:w="30" w:type="dxa"/>
              <w:bottom w:w="18" w:type="dxa"/>
              <w:right w:w="30" w:type="dxa"/>
            </w:tcMar>
          </w:tcPr>
          <w:p w:rsidR="00A73064" w:rsidRDefault="00000000">
            <w:pPr>
              <w:jc w:val="center"/>
            </w:pPr>
            <w:r>
              <w:rPr>
                <w:rFonts w:cs="DejaVu Sans"/>
                <w:color w:val="0E8795"/>
                <w:sz w:val="23"/>
              </w:rPr>
              <w:t>□</w:t>
            </w:r>
          </w:p>
        </w:tc>
      </w:tr>
    </w:tbl>
    <w:p w:rsidR="00A73064" w:rsidRDefault="00000000">
      <w:pPr>
        <w:spacing w:before="80" w:after="0"/>
      </w:pPr>
      <w:r>
        <w:rPr>
          <w:rFonts w:cs="DejaVu Sans"/>
          <w:b/>
          <w:sz w:val="18"/>
        </w:rPr>
        <w:t>My strongest skill is _________________________.    I want to improve _______________________.</w:t>
      </w:r>
    </w:p>
    <w:p w:rsidR="00A73064" w:rsidRDefault="00000000">
      <w:pPr>
        <w:spacing w:before="100"/>
        <w:jc w:val="center"/>
      </w:pPr>
      <w:r>
        <w:rPr>
          <w:rFonts w:cs="DejaVu Sans"/>
          <w:b/>
          <w:color w:val="0E8795"/>
          <w:sz w:val="18"/>
        </w:rPr>
        <w:t>STARTER COMPLETE — Your English tools are ready for Module 1.</w:t>
      </w:r>
    </w:p>
    <w:sectPr w:rsidR="00A73064" w:rsidSect="00034616">
      <w:pgSz w:w="11906" w:h="16838"/>
      <w:pgMar w:top="454" w:right="624" w:bottom="454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">
    <w:altName w:val="Verdan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haris SIL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8965401">
    <w:abstractNumId w:val="8"/>
  </w:num>
  <w:num w:numId="2" w16cid:durableId="1518231347">
    <w:abstractNumId w:val="6"/>
  </w:num>
  <w:num w:numId="3" w16cid:durableId="1727683219">
    <w:abstractNumId w:val="5"/>
  </w:num>
  <w:num w:numId="4" w16cid:durableId="1061442236">
    <w:abstractNumId w:val="4"/>
  </w:num>
  <w:num w:numId="5" w16cid:durableId="1535968258">
    <w:abstractNumId w:val="7"/>
  </w:num>
  <w:num w:numId="6" w16cid:durableId="254244773">
    <w:abstractNumId w:val="3"/>
  </w:num>
  <w:num w:numId="7" w16cid:durableId="1352338871">
    <w:abstractNumId w:val="2"/>
  </w:num>
  <w:num w:numId="8" w16cid:durableId="595482009">
    <w:abstractNumId w:val="1"/>
  </w:num>
  <w:num w:numId="9" w16cid:durableId="341594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03670"/>
    <w:rsid w:val="00A73064"/>
    <w:rsid w:val="00A9154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BA7ED07"/>
  <w14:defaultImageDpi w14:val="300"/>
  <w15:docId w15:val="{35C76D17-241B-FC48-BB84-30EDAE5D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DejaVu Sans" w:eastAsia="DejaVu Sans" w:hAnsi="DejaVu Sans"/>
      <w:color w:val="17365D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Natalia Cherneva</cp:lastModifiedBy>
  <cp:revision>2</cp:revision>
  <dcterms:created xsi:type="dcterms:W3CDTF">2013-12-23T23:15:00Z</dcterms:created>
  <dcterms:modified xsi:type="dcterms:W3CDTF">2026-08-26T18:06:00Z</dcterms:modified>
  <cp:category/>
</cp:coreProperties>
</file>